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78584" w14:textId="45AE7A09" w:rsidR="002C132D" w:rsidRPr="00EB6D2D" w:rsidRDefault="002C132D" w:rsidP="002C132D">
      <w:pPr>
        <w:autoSpaceDE w:val="0"/>
        <w:autoSpaceDN w:val="0"/>
        <w:adjustRightInd w:val="0"/>
        <w:spacing w:after="105" w:line="256" w:lineRule="auto"/>
        <w:jc w:val="center"/>
        <w:rPr>
          <w:rFonts w:asciiTheme="minorBidi" w:eastAsiaTheme="minorEastAsia" w:hAnsiTheme="minorBidi"/>
          <w:b/>
          <w:bCs/>
          <w:sz w:val="22"/>
        </w:rPr>
      </w:pPr>
      <w:r>
        <w:rPr>
          <w:rFonts w:asciiTheme="minorBidi" w:eastAsiaTheme="minorEastAsia" w:hAnsiTheme="minorBidi"/>
          <w:b/>
          <w:bCs/>
          <w:sz w:val="22"/>
        </w:rPr>
        <w:t>“</w:t>
      </w:r>
      <w:r w:rsidRPr="00EB6D2D">
        <w:rPr>
          <w:rFonts w:asciiTheme="minorBidi" w:eastAsiaTheme="minorEastAsia" w:hAnsiTheme="minorBidi"/>
          <w:b/>
          <w:bCs/>
          <w:sz w:val="22"/>
        </w:rPr>
        <w:t>BAXTLI TADBIRKOR</w:t>
      </w:r>
      <w:r>
        <w:rPr>
          <w:rFonts w:asciiTheme="minorBidi" w:eastAsiaTheme="minorEastAsia" w:hAnsiTheme="minorBidi"/>
          <w:b/>
          <w:bCs/>
          <w:sz w:val="22"/>
        </w:rPr>
        <w:t>”</w:t>
      </w:r>
      <w:r w:rsidRPr="00EB6D2D">
        <w:rPr>
          <w:rFonts w:asciiTheme="minorBidi" w:eastAsiaTheme="minorEastAsia" w:hAnsiTheme="minorBidi"/>
          <w:b/>
          <w:bCs/>
          <w:sz w:val="22"/>
        </w:rPr>
        <w:t xml:space="preserve"> </w:t>
      </w:r>
      <w:proofErr w:type="spellStart"/>
      <w:proofErr w:type="gramStart"/>
      <w:r w:rsidRPr="00EB6D2D">
        <w:rPr>
          <w:rFonts w:asciiTheme="minorBidi" w:eastAsiaTheme="minorEastAsia" w:hAnsiTheme="minorBidi"/>
          <w:b/>
          <w:bCs/>
          <w:sz w:val="22"/>
        </w:rPr>
        <w:t>rag‘</w:t>
      </w:r>
      <w:proofErr w:type="gramEnd"/>
      <w:r w:rsidRPr="00EB6D2D">
        <w:rPr>
          <w:rFonts w:asciiTheme="minorBidi" w:eastAsiaTheme="minorEastAsia" w:hAnsiTheme="minorBidi"/>
          <w:b/>
          <w:bCs/>
          <w:sz w:val="22"/>
        </w:rPr>
        <w:t>batlantiruvchi</w:t>
      </w:r>
      <w:proofErr w:type="spellEnd"/>
      <w:r w:rsidRPr="00EB6D2D">
        <w:rPr>
          <w:rFonts w:asciiTheme="minorBidi" w:eastAsiaTheme="minorEastAsia" w:hAnsiTheme="minorBidi"/>
          <w:b/>
          <w:bCs/>
          <w:sz w:val="22"/>
        </w:rPr>
        <w:t xml:space="preserve"> </w:t>
      </w:r>
      <w:proofErr w:type="spellStart"/>
      <w:r w:rsidRPr="00EB6D2D">
        <w:rPr>
          <w:rFonts w:asciiTheme="minorBidi" w:eastAsiaTheme="minorEastAsia" w:hAnsiTheme="minorBidi"/>
          <w:b/>
          <w:bCs/>
          <w:sz w:val="22"/>
        </w:rPr>
        <w:t>aksiyasida</w:t>
      </w:r>
      <w:proofErr w:type="spellEnd"/>
    </w:p>
    <w:p w14:paraId="6429F064" w14:textId="77777777" w:rsidR="002C132D" w:rsidRPr="00EB6D2D" w:rsidRDefault="002C132D" w:rsidP="002C132D">
      <w:pPr>
        <w:autoSpaceDE w:val="0"/>
        <w:autoSpaceDN w:val="0"/>
        <w:adjustRightInd w:val="0"/>
        <w:spacing w:after="105" w:line="256" w:lineRule="auto"/>
        <w:jc w:val="center"/>
        <w:rPr>
          <w:rFonts w:asciiTheme="minorBidi" w:eastAsiaTheme="minorEastAsia" w:hAnsiTheme="minorBidi"/>
          <w:b/>
          <w:bCs/>
          <w:sz w:val="22"/>
        </w:rPr>
      </w:pPr>
      <w:proofErr w:type="spellStart"/>
      <w:r w:rsidRPr="00EB6D2D">
        <w:rPr>
          <w:rFonts w:asciiTheme="minorBidi" w:eastAsiaTheme="minorEastAsia" w:hAnsiTheme="minorBidi"/>
          <w:b/>
          <w:bCs/>
          <w:sz w:val="22"/>
        </w:rPr>
        <w:t>qatnashish</w:t>
      </w:r>
      <w:proofErr w:type="spellEnd"/>
      <w:r w:rsidRPr="00EB6D2D">
        <w:rPr>
          <w:rFonts w:asciiTheme="minorBidi" w:eastAsiaTheme="minorEastAsia" w:hAnsiTheme="minorBidi"/>
          <w:b/>
          <w:bCs/>
          <w:sz w:val="22"/>
        </w:rPr>
        <w:t xml:space="preserve"> </w:t>
      </w:r>
      <w:proofErr w:type="spellStart"/>
      <w:r w:rsidRPr="00EB6D2D">
        <w:rPr>
          <w:rFonts w:asciiTheme="minorBidi" w:eastAsiaTheme="minorEastAsia" w:hAnsiTheme="minorBidi"/>
          <w:b/>
          <w:bCs/>
          <w:sz w:val="22"/>
        </w:rPr>
        <w:t>uchun</w:t>
      </w:r>
      <w:proofErr w:type="spellEnd"/>
    </w:p>
    <w:p w14:paraId="37F82B8F" w14:textId="433E0490" w:rsidR="002C132D" w:rsidRPr="00EB6D2D" w:rsidRDefault="002C132D" w:rsidP="002C132D">
      <w:pPr>
        <w:autoSpaceDE w:val="0"/>
        <w:autoSpaceDN w:val="0"/>
        <w:adjustRightInd w:val="0"/>
        <w:spacing w:after="105" w:line="256" w:lineRule="auto"/>
        <w:jc w:val="center"/>
        <w:rPr>
          <w:rFonts w:asciiTheme="minorBidi" w:eastAsiaTheme="minorEastAsia" w:hAnsiTheme="minorBidi"/>
          <w:b/>
          <w:bCs/>
          <w:sz w:val="22"/>
        </w:rPr>
      </w:pPr>
      <w:r w:rsidRPr="00EB6D2D">
        <w:rPr>
          <w:rFonts w:asciiTheme="minorBidi" w:eastAsiaTheme="minorEastAsia" w:hAnsiTheme="minorBidi"/>
          <w:b/>
          <w:bCs/>
          <w:sz w:val="22"/>
        </w:rPr>
        <w:t>OMMAVIY OFERTA</w:t>
      </w:r>
      <w:r w:rsidRPr="00EB6D2D">
        <w:rPr>
          <w:rFonts w:asciiTheme="minorBidi" w:eastAsiaTheme="minorEastAsia" w:hAnsiTheme="minorBidi"/>
          <w:b/>
          <w:bCs/>
          <w:sz w:val="22"/>
        </w:rPr>
        <w:br/>
      </w:r>
    </w:p>
    <w:p w14:paraId="46ABD0C2" w14:textId="77777777" w:rsidR="002C132D" w:rsidRPr="00EB6D2D" w:rsidRDefault="002C132D" w:rsidP="002C132D">
      <w:pPr>
        <w:autoSpaceDE w:val="0"/>
        <w:autoSpaceDN w:val="0"/>
        <w:adjustRightInd w:val="0"/>
        <w:spacing w:after="105" w:line="256" w:lineRule="auto"/>
        <w:jc w:val="both"/>
        <w:rPr>
          <w:rFonts w:asciiTheme="minorBidi" w:eastAsiaTheme="minorEastAsia" w:hAnsiTheme="minorBidi"/>
          <w:b/>
          <w:bCs/>
          <w:sz w:val="22"/>
        </w:rPr>
      </w:pPr>
      <w:r w:rsidRPr="00EB6D2D">
        <w:rPr>
          <w:rFonts w:asciiTheme="minorBidi" w:eastAsiaTheme="minorEastAsia" w:hAnsiTheme="minorBidi"/>
          <w:b/>
          <w:bCs/>
          <w:sz w:val="22"/>
        </w:rPr>
        <w:t>Toshkent sh.</w:t>
      </w:r>
    </w:p>
    <w:p w14:paraId="48748B14" w14:textId="187F01F7" w:rsidR="002C132D" w:rsidRPr="00EB6D2D" w:rsidRDefault="002C132D" w:rsidP="002C132D">
      <w:pPr>
        <w:autoSpaceDE w:val="0"/>
        <w:autoSpaceDN w:val="0"/>
        <w:adjustRightInd w:val="0"/>
        <w:spacing w:after="105" w:line="256" w:lineRule="auto"/>
        <w:rPr>
          <w:rFonts w:asciiTheme="minorBidi" w:eastAsiaTheme="minorEastAsia" w:hAnsiTheme="minorBidi"/>
          <w:b/>
          <w:bCs/>
          <w:sz w:val="22"/>
        </w:rPr>
      </w:pPr>
      <w:r>
        <w:rPr>
          <w:rFonts w:asciiTheme="minorBidi" w:eastAsiaTheme="minorEastAsia" w:hAnsiTheme="minorBidi"/>
          <w:b/>
          <w:bCs/>
          <w:sz w:val="22"/>
        </w:rPr>
        <w:t>“</w:t>
      </w:r>
      <w:r w:rsidRPr="00EB6D2D">
        <w:rPr>
          <w:rFonts w:asciiTheme="minorBidi" w:eastAsiaTheme="minorEastAsia" w:hAnsiTheme="minorBidi"/>
          <w:b/>
          <w:bCs/>
          <w:sz w:val="22"/>
        </w:rPr>
        <w:t>_</w:t>
      </w:r>
      <w:proofErr w:type="gramStart"/>
      <w:r w:rsidRPr="00EB6D2D">
        <w:rPr>
          <w:rFonts w:asciiTheme="minorBidi" w:eastAsiaTheme="minorEastAsia" w:hAnsiTheme="minorBidi"/>
          <w:b/>
          <w:bCs/>
          <w:sz w:val="22"/>
        </w:rPr>
        <w:t>_</w:t>
      </w:r>
      <w:r>
        <w:rPr>
          <w:rFonts w:asciiTheme="minorBidi" w:eastAsiaTheme="minorEastAsia" w:hAnsiTheme="minorBidi"/>
          <w:b/>
          <w:bCs/>
          <w:sz w:val="22"/>
        </w:rPr>
        <w:t>”</w:t>
      </w:r>
      <w:r w:rsidRPr="00EB6D2D">
        <w:rPr>
          <w:rFonts w:asciiTheme="minorBidi" w:eastAsiaTheme="minorEastAsia" w:hAnsiTheme="minorBidi"/>
          <w:b/>
          <w:bCs/>
          <w:sz w:val="22"/>
        </w:rPr>
        <w:t xml:space="preserve">  _</w:t>
      </w:r>
      <w:proofErr w:type="gramEnd"/>
      <w:r w:rsidRPr="00EB6D2D">
        <w:rPr>
          <w:rFonts w:asciiTheme="minorBidi" w:eastAsiaTheme="minorEastAsia" w:hAnsiTheme="minorBidi"/>
          <w:b/>
          <w:bCs/>
          <w:sz w:val="22"/>
        </w:rPr>
        <w:t>______ 2026-y.dagi tahrir</w:t>
      </w:r>
    </w:p>
    <w:p w14:paraId="188AAC7B" w14:textId="77777777" w:rsidR="00DD39E2" w:rsidRPr="00EB6D2D" w:rsidRDefault="00DD39E2" w:rsidP="00EB6D2D">
      <w:pPr>
        <w:jc w:val="both"/>
        <w:rPr>
          <w:rFonts w:asciiTheme="minorBidi" w:hAnsiTheme="minorBidi"/>
          <w:b/>
          <w:sz w:val="22"/>
        </w:rPr>
      </w:pPr>
    </w:p>
    <w:p w14:paraId="4DCBF4C7" w14:textId="77777777" w:rsidR="002C132D" w:rsidRPr="00EB6D2D" w:rsidRDefault="00EE1F22" w:rsidP="00EB6D2D">
      <w:pPr>
        <w:autoSpaceDE w:val="0"/>
        <w:autoSpaceDN w:val="0"/>
        <w:adjustRightInd w:val="0"/>
        <w:spacing w:after="105" w:line="256" w:lineRule="auto"/>
        <w:ind w:left="567"/>
        <w:rPr>
          <w:rFonts w:asciiTheme="minorBidi" w:eastAsiaTheme="minorEastAsia" w:hAnsiTheme="minorBidi"/>
          <w:b/>
          <w:bCs/>
          <w:sz w:val="22"/>
        </w:rPr>
      </w:pPr>
      <w:r w:rsidRPr="00EB6D2D">
        <w:rPr>
          <w:rFonts w:asciiTheme="minorBidi" w:hAnsiTheme="minorBidi"/>
          <w:b/>
          <w:sz w:val="22"/>
        </w:rPr>
        <w:t xml:space="preserve">1. </w:t>
      </w:r>
      <w:proofErr w:type="spellStart"/>
      <w:r w:rsidR="002C132D" w:rsidRPr="00EB6D2D">
        <w:rPr>
          <w:rFonts w:asciiTheme="minorBidi" w:eastAsiaTheme="minorEastAsia" w:hAnsiTheme="minorBidi"/>
          <w:b/>
          <w:bCs/>
          <w:sz w:val="22"/>
        </w:rPr>
        <w:t>Umumiy</w:t>
      </w:r>
      <w:proofErr w:type="spellEnd"/>
      <w:r w:rsidR="002C132D" w:rsidRPr="00EB6D2D">
        <w:rPr>
          <w:rFonts w:asciiTheme="minorBidi" w:eastAsiaTheme="minorEastAsia" w:hAnsiTheme="minorBidi"/>
          <w:b/>
          <w:bCs/>
          <w:sz w:val="22"/>
        </w:rPr>
        <w:t xml:space="preserve"> </w:t>
      </w:r>
      <w:proofErr w:type="spellStart"/>
      <w:r w:rsidR="002C132D" w:rsidRPr="00EB6D2D">
        <w:rPr>
          <w:rFonts w:asciiTheme="minorBidi" w:eastAsiaTheme="minorEastAsia" w:hAnsiTheme="minorBidi"/>
          <w:b/>
          <w:bCs/>
          <w:sz w:val="22"/>
        </w:rPr>
        <w:t>qoidalar</w:t>
      </w:r>
      <w:proofErr w:type="spellEnd"/>
    </w:p>
    <w:p w14:paraId="1DE453A2" w14:textId="4B91E902" w:rsidR="006B206F" w:rsidRPr="00EB6D2D" w:rsidRDefault="006B206F" w:rsidP="00EB6D2D">
      <w:pPr>
        <w:ind w:firstLine="567"/>
        <w:jc w:val="both"/>
        <w:rPr>
          <w:rFonts w:asciiTheme="minorBidi" w:hAnsiTheme="minorBidi"/>
          <w:sz w:val="22"/>
        </w:rPr>
      </w:pPr>
      <w:r w:rsidRPr="00EB6D2D">
        <w:rPr>
          <w:rFonts w:asciiTheme="minorBidi" w:hAnsiTheme="minorBidi"/>
          <w:sz w:val="22"/>
        </w:rPr>
        <w:t xml:space="preserve">1.1. </w:t>
      </w:r>
      <w:proofErr w:type="spellStart"/>
      <w:r w:rsidRPr="00EB6D2D">
        <w:rPr>
          <w:rFonts w:asciiTheme="minorBidi" w:hAnsiTheme="minorBidi"/>
          <w:sz w:val="22"/>
        </w:rPr>
        <w:t>Mazkur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Ommaviy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oferta</w:t>
      </w:r>
      <w:proofErr w:type="spellEnd"/>
      <w:r w:rsidRPr="00EB6D2D">
        <w:rPr>
          <w:rFonts w:asciiTheme="minorBidi" w:hAnsiTheme="minorBidi"/>
          <w:sz w:val="22"/>
        </w:rPr>
        <w:t xml:space="preserve"> (</w:t>
      </w:r>
      <w:proofErr w:type="spellStart"/>
      <w:r w:rsidRPr="00EB6D2D">
        <w:rPr>
          <w:rFonts w:asciiTheme="minorBidi" w:hAnsiTheme="minorBidi"/>
          <w:sz w:val="22"/>
        </w:rPr>
        <w:t>keyingi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o‘</w:t>
      </w:r>
      <w:proofErr w:type="gramEnd"/>
      <w:r w:rsidRPr="00EB6D2D">
        <w:rPr>
          <w:rFonts w:asciiTheme="minorBidi" w:hAnsiTheme="minorBidi"/>
          <w:sz w:val="22"/>
        </w:rPr>
        <w:t>rinlarda</w:t>
      </w:r>
      <w:proofErr w:type="spellEnd"/>
      <w:r w:rsidRPr="00EB6D2D">
        <w:rPr>
          <w:rFonts w:asciiTheme="minorBidi" w:hAnsiTheme="minorBidi"/>
          <w:sz w:val="22"/>
        </w:rPr>
        <w:t xml:space="preserve"> — </w:t>
      </w:r>
      <w:r w:rsidR="002C132D" w:rsidRPr="00EB6D2D">
        <w:rPr>
          <w:rFonts w:asciiTheme="minorBidi" w:hAnsiTheme="minorBidi"/>
          <w:sz w:val="22"/>
        </w:rPr>
        <w:t>“</w:t>
      </w:r>
      <w:proofErr w:type="spellStart"/>
      <w:r w:rsidRPr="00EB6D2D">
        <w:rPr>
          <w:rFonts w:asciiTheme="minorBidi" w:hAnsiTheme="minorBidi"/>
          <w:sz w:val="22"/>
        </w:rPr>
        <w:t>Oferta</w:t>
      </w:r>
      <w:proofErr w:type="spellEnd"/>
      <w:r w:rsidR="002C132D" w:rsidRPr="00EB6D2D">
        <w:rPr>
          <w:rFonts w:asciiTheme="minorBidi" w:hAnsiTheme="minorBidi"/>
          <w:sz w:val="22"/>
        </w:rPr>
        <w:t>”</w:t>
      </w:r>
      <w:r w:rsidRPr="00EB6D2D">
        <w:rPr>
          <w:rFonts w:asciiTheme="minorBidi" w:hAnsiTheme="minorBidi"/>
          <w:sz w:val="22"/>
        </w:rPr>
        <w:t xml:space="preserve">) </w:t>
      </w:r>
      <w:r w:rsidR="002C132D" w:rsidRPr="00EB6D2D">
        <w:rPr>
          <w:rFonts w:asciiTheme="minorBidi" w:hAnsiTheme="minorBidi"/>
          <w:sz w:val="22"/>
        </w:rPr>
        <w:t>“</w:t>
      </w:r>
      <w:r w:rsidRPr="00EB6D2D">
        <w:rPr>
          <w:rFonts w:asciiTheme="minorBidi" w:hAnsiTheme="minorBidi"/>
          <w:sz w:val="22"/>
        </w:rPr>
        <w:t>BAXTLI TADBIRKOR</w:t>
      </w:r>
      <w:r w:rsidR="002C132D" w:rsidRPr="00EB6D2D">
        <w:rPr>
          <w:rFonts w:asciiTheme="minorBidi" w:hAnsiTheme="minorBidi"/>
          <w:sz w:val="22"/>
        </w:rPr>
        <w:t>”</w:t>
      </w:r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nomi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ostida</w:t>
      </w:r>
      <w:proofErr w:type="spellEnd"/>
      <w:r w:rsidRPr="00EB6D2D">
        <w:rPr>
          <w:rFonts w:asciiTheme="minorBidi" w:hAnsiTheme="minorBidi"/>
          <w:sz w:val="22"/>
        </w:rPr>
        <w:t xml:space="preserve"> HUMO </w:t>
      </w:r>
      <w:proofErr w:type="spellStart"/>
      <w:r w:rsidRPr="00EB6D2D">
        <w:rPr>
          <w:rFonts w:asciiTheme="minorBidi" w:hAnsiTheme="minorBidi"/>
          <w:sz w:val="22"/>
        </w:rPr>
        <w:t>to‘lov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tizimining</w:t>
      </w:r>
      <w:proofErr w:type="spellEnd"/>
      <w:r w:rsidRPr="00EB6D2D">
        <w:rPr>
          <w:rFonts w:asciiTheme="minorBidi" w:hAnsiTheme="minorBidi"/>
          <w:sz w:val="22"/>
        </w:rPr>
        <w:t xml:space="preserve"> POS-</w:t>
      </w:r>
      <w:proofErr w:type="spellStart"/>
      <w:r w:rsidRPr="00EB6D2D">
        <w:rPr>
          <w:rFonts w:asciiTheme="minorBidi" w:hAnsiTheme="minorBidi"/>
          <w:sz w:val="22"/>
        </w:rPr>
        <w:t>terminallari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egalari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uchun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o‘tkaziladigan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rag‘batlantiruvchi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aksiyaning</w:t>
      </w:r>
      <w:proofErr w:type="spellEnd"/>
      <w:r w:rsidRPr="00EB6D2D">
        <w:rPr>
          <w:rFonts w:asciiTheme="minorBidi" w:hAnsiTheme="minorBidi"/>
          <w:sz w:val="22"/>
        </w:rPr>
        <w:t xml:space="preserve"> (</w:t>
      </w:r>
      <w:proofErr w:type="spellStart"/>
      <w:r w:rsidRPr="00EB6D2D">
        <w:rPr>
          <w:rFonts w:asciiTheme="minorBidi" w:hAnsiTheme="minorBidi"/>
          <w:sz w:val="22"/>
        </w:rPr>
        <w:t>keyingi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o‘rinlarda</w:t>
      </w:r>
      <w:proofErr w:type="spellEnd"/>
      <w:r w:rsidRPr="00EB6D2D">
        <w:rPr>
          <w:rFonts w:asciiTheme="minorBidi" w:hAnsiTheme="minorBidi"/>
          <w:sz w:val="22"/>
        </w:rPr>
        <w:t xml:space="preserve"> — </w:t>
      </w:r>
      <w:r w:rsidR="002C132D" w:rsidRPr="00EB6D2D">
        <w:rPr>
          <w:rFonts w:asciiTheme="minorBidi" w:hAnsiTheme="minorBidi"/>
          <w:sz w:val="22"/>
        </w:rPr>
        <w:t>“</w:t>
      </w:r>
      <w:proofErr w:type="spellStart"/>
      <w:r w:rsidRPr="00EB6D2D">
        <w:rPr>
          <w:rFonts w:asciiTheme="minorBidi" w:hAnsiTheme="minorBidi"/>
          <w:sz w:val="22"/>
        </w:rPr>
        <w:t>Aksiya</w:t>
      </w:r>
      <w:proofErr w:type="spellEnd"/>
      <w:r w:rsidR="002C132D" w:rsidRPr="00EB6D2D">
        <w:rPr>
          <w:rFonts w:asciiTheme="minorBidi" w:hAnsiTheme="minorBidi"/>
          <w:sz w:val="22"/>
        </w:rPr>
        <w:t>”</w:t>
      </w:r>
      <w:r w:rsidRPr="00EB6D2D">
        <w:rPr>
          <w:rFonts w:asciiTheme="minorBidi" w:hAnsiTheme="minorBidi"/>
          <w:sz w:val="22"/>
        </w:rPr>
        <w:t xml:space="preserve">) </w:t>
      </w:r>
      <w:proofErr w:type="spellStart"/>
      <w:r w:rsidRPr="00EB6D2D">
        <w:rPr>
          <w:rFonts w:asciiTheme="minorBidi" w:hAnsiTheme="minorBidi"/>
          <w:sz w:val="22"/>
        </w:rPr>
        <w:t>o‘tkazilish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ishtirok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etish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tartibi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hamda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shartlarini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belgilaydi</w:t>
      </w:r>
      <w:proofErr w:type="spellEnd"/>
      <w:r w:rsidRPr="00EB6D2D">
        <w:rPr>
          <w:rFonts w:asciiTheme="minorBidi" w:hAnsiTheme="minorBidi"/>
          <w:sz w:val="22"/>
        </w:rPr>
        <w:t>.</w:t>
      </w:r>
    </w:p>
    <w:p w14:paraId="36BCC6C9" w14:textId="11FAA0D9" w:rsidR="006B206F" w:rsidRPr="00EB6D2D" w:rsidRDefault="006B206F" w:rsidP="00EB6D2D">
      <w:pPr>
        <w:ind w:firstLine="567"/>
        <w:jc w:val="both"/>
        <w:rPr>
          <w:rFonts w:asciiTheme="minorBidi" w:hAnsiTheme="minorBidi"/>
          <w:sz w:val="22"/>
        </w:rPr>
      </w:pPr>
      <w:r w:rsidRPr="00EB6D2D">
        <w:rPr>
          <w:rFonts w:asciiTheme="minorBidi" w:hAnsiTheme="minorBidi"/>
          <w:sz w:val="22"/>
        </w:rPr>
        <w:t xml:space="preserve">1.2. </w:t>
      </w:r>
      <w:proofErr w:type="spellStart"/>
      <w:r w:rsidRPr="00EB6D2D">
        <w:rPr>
          <w:rFonts w:asciiTheme="minorBidi" w:hAnsiTheme="minorBidi"/>
          <w:sz w:val="22"/>
        </w:rPr>
        <w:t>Aksiya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tashkilotchisi</w:t>
      </w:r>
      <w:proofErr w:type="spellEnd"/>
      <w:r w:rsidRPr="00EB6D2D">
        <w:rPr>
          <w:rFonts w:asciiTheme="minorBidi" w:hAnsiTheme="minorBidi"/>
          <w:sz w:val="22"/>
        </w:rPr>
        <w:t xml:space="preserve"> — </w:t>
      </w:r>
      <w:r w:rsidR="007F3540" w:rsidRPr="000E7C44">
        <w:rPr>
          <w:rFonts w:asciiTheme="minorBidi" w:hAnsiTheme="minorBidi"/>
          <w:sz w:val="22"/>
        </w:rPr>
        <w:t xml:space="preserve">HUMO </w:t>
      </w:r>
      <w:proofErr w:type="spellStart"/>
      <w:r w:rsidRPr="00EB6D2D">
        <w:rPr>
          <w:rFonts w:asciiTheme="minorBidi" w:hAnsiTheme="minorBidi"/>
          <w:sz w:val="22"/>
        </w:rPr>
        <w:t>milliy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to‘</w:t>
      </w:r>
      <w:proofErr w:type="gramEnd"/>
      <w:r w:rsidRPr="00EB6D2D">
        <w:rPr>
          <w:rFonts w:asciiTheme="minorBidi" w:hAnsiTheme="minorBidi"/>
          <w:sz w:val="22"/>
        </w:rPr>
        <w:t>lov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tizimi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operatori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bo‘lgan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r w:rsidR="002C132D">
        <w:rPr>
          <w:rFonts w:asciiTheme="minorBidi" w:hAnsiTheme="minorBidi"/>
          <w:sz w:val="22"/>
        </w:rPr>
        <w:t>“</w:t>
      </w:r>
      <w:proofErr w:type="spellStart"/>
      <w:r w:rsidRPr="00EB6D2D">
        <w:rPr>
          <w:rFonts w:asciiTheme="minorBidi" w:hAnsiTheme="minorBidi"/>
          <w:sz w:val="22"/>
        </w:rPr>
        <w:t>Milliy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banklararo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protsessing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markazi</w:t>
      </w:r>
      <w:proofErr w:type="spellEnd"/>
      <w:r w:rsidR="002C132D">
        <w:rPr>
          <w:rFonts w:asciiTheme="minorBidi" w:hAnsiTheme="minorBidi"/>
          <w:sz w:val="22"/>
        </w:rPr>
        <w:t>”</w:t>
      </w:r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aksiyadorlik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jamiyati</w:t>
      </w:r>
      <w:proofErr w:type="spellEnd"/>
      <w:r w:rsidRPr="00EB6D2D">
        <w:rPr>
          <w:rFonts w:asciiTheme="minorBidi" w:hAnsiTheme="minorBidi"/>
          <w:sz w:val="22"/>
        </w:rPr>
        <w:t xml:space="preserve"> (</w:t>
      </w:r>
      <w:proofErr w:type="spellStart"/>
      <w:r w:rsidRPr="00EB6D2D">
        <w:rPr>
          <w:rFonts w:asciiTheme="minorBidi" w:hAnsiTheme="minorBidi"/>
          <w:sz w:val="22"/>
        </w:rPr>
        <w:t>keyingi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o‘rinlarda</w:t>
      </w:r>
      <w:proofErr w:type="spellEnd"/>
      <w:r w:rsidRPr="00EB6D2D">
        <w:rPr>
          <w:rFonts w:asciiTheme="minorBidi" w:hAnsiTheme="minorBidi"/>
          <w:sz w:val="22"/>
        </w:rPr>
        <w:t xml:space="preserve"> — </w:t>
      </w:r>
      <w:r w:rsidR="002C132D">
        <w:rPr>
          <w:rFonts w:asciiTheme="minorBidi" w:hAnsiTheme="minorBidi"/>
          <w:sz w:val="22"/>
        </w:rPr>
        <w:t>“</w:t>
      </w:r>
      <w:proofErr w:type="spellStart"/>
      <w:r w:rsidRPr="00EB6D2D">
        <w:rPr>
          <w:rFonts w:asciiTheme="minorBidi" w:hAnsiTheme="minorBidi"/>
          <w:sz w:val="22"/>
        </w:rPr>
        <w:t>Tashkilotchi</w:t>
      </w:r>
      <w:proofErr w:type="spellEnd"/>
      <w:r w:rsidR="002C132D">
        <w:rPr>
          <w:rFonts w:asciiTheme="minorBidi" w:hAnsiTheme="minorBidi"/>
          <w:sz w:val="22"/>
        </w:rPr>
        <w:t>”</w:t>
      </w:r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yoki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r w:rsidR="002C132D">
        <w:rPr>
          <w:rFonts w:asciiTheme="minorBidi" w:hAnsiTheme="minorBidi"/>
          <w:sz w:val="22"/>
        </w:rPr>
        <w:t>“</w:t>
      </w:r>
      <w:r w:rsidRPr="00EB6D2D">
        <w:rPr>
          <w:rFonts w:asciiTheme="minorBidi" w:hAnsiTheme="minorBidi"/>
          <w:sz w:val="22"/>
        </w:rPr>
        <w:t>MBPM</w:t>
      </w:r>
      <w:r w:rsidR="002C132D">
        <w:rPr>
          <w:rFonts w:asciiTheme="minorBidi" w:hAnsiTheme="minorBidi"/>
          <w:sz w:val="22"/>
        </w:rPr>
        <w:t>”</w:t>
      </w:r>
      <w:r w:rsidRPr="00EB6D2D">
        <w:rPr>
          <w:rFonts w:asciiTheme="minorBidi" w:hAnsiTheme="minorBidi"/>
          <w:sz w:val="22"/>
        </w:rPr>
        <w:t>).</w:t>
      </w:r>
      <w:r w:rsidR="002C132D" w:rsidRPr="00EB6D2D">
        <w:rPr>
          <w:rFonts w:asciiTheme="minorBidi" w:hAnsiTheme="minorBidi"/>
          <w:sz w:val="22"/>
          <w:lang w:val="uz-Cyrl-UZ"/>
        </w:rPr>
        <w:t xml:space="preserve"> </w:t>
      </w:r>
      <w:r w:rsidRPr="00EB6D2D">
        <w:rPr>
          <w:rFonts w:asciiTheme="minorBidi" w:hAnsiTheme="minorBidi"/>
          <w:sz w:val="22"/>
          <w:lang w:val="uz-Cyrl-UZ"/>
        </w:rPr>
        <w:t>Tashkilotchi Aksiyani tashkil etish va o‘tkazish, sovrin jamg‘armasini shakllantirish, o‘yinlarni o‘tkazish, g‘oliblarni aniqlash, sovrinlarni topshirish, shuningdek, mazkur Oferta nazarda tutgan boshqa majburiyatlarni mustaqil ravishda ta’minlaydi.</w:t>
      </w:r>
      <w:r w:rsidR="002C132D" w:rsidRPr="00EB6D2D">
        <w:rPr>
          <w:rFonts w:asciiTheme="minorBidi" w:hAnsiTheme="minorBidi"/>
          <w:sz w:val="22"/>
          <w:lang w:val="uz-Cyrl-UZ"/>
        </w:rPr>
        <w:t xml:space="preserve"> </w:t>
      </w:r>
      <w:r w:rsidRPr="00EB6D2D">
        <w:rPr>
          <w:rFonts w:asciiTheme="minorBidi" w:hAnsiTheme="minorBidi"/>
          <w:sz w:val="22"/>
          <w:lang w:val="uz-Cyrl-UZ"/>
        </w:rPr>
        <w:t xml:space="preserve">Tashkilotchi mazkur Ofertaga qo‘shilgan Axborot hamkorlarini jalb etishga haqli. </w:t>
      </w:r>
      <w:proofErr w:type="spellStart"/>
      <w:r w:rsidRPr="00EB6D2D">
        <w:rPr>
          <w:rFonts w:asciiTheme="minorBidi" w:hAnsiTheme="minorBidi"/>
          <w:sz w:val="22"/>
        </w:rPr>
        <w:t>Axborot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hamkorlari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Aksiyada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faqat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mazkur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Oferta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bilan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belgilangan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huquq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majburiyatlar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doirasida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ishtirok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etadi</w:t>
      </w:r>
      <w:proofErr w:type="spellEnd"/>
      <w:r w:rsidRPr="00EB6D2D">
        <w:rPr>
          <w:rFonts w:asciiTheme="minorBidi" w:hAnsiTheme="minorBidi"/>
          <w:sz w:val="22"/>
        </w:rPr>
        <w:t>.</w:t>
      </w:r>
    </w:p>
    <w:p w14:paraId="1F24EA65" w14:textId="3DE9A69B" w:rsidR="006B206F" w:rsidRPr="00EB6D2D" w:rsidRDefault="006B206F" w:rsidP="00EB6D2D">
      <w:pPr>
        <w:ind w:firstLine="567"/>
        <w:jc w:val="both"/>
        <w:rPr>
          <w:rFonts w:asciiTheme="minorBidi" w:hAnsiTheme="minorBidi"/>
          <w:sz w:val="22"/>
        </w:rPr>
      </w:pPr>
      <w:r w:rsidRPr="00EB6D2D">
        <w:rPr>
          <w:rFonts w:asciiTheme="minorBidi" w:hAnsiTheme="minorBidi"/>
          <w:sz w:val="22"/>
        </w:rPr>
        <w:t xml:space="preserve">1.3. </w:t>
      </w:r>
      <w:proofErr w:type="spellStart"/>
      <w:r w:rsidRPr="00EB6D2D">
        <w:rPr>
          <w:rFonts w:asciiTheme="minorBidi" w:hAnsiTheme="minorBidi"/>
          <w:sz w:val="22"/>
        </w:rPr>
        <w:t>Aksiyani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axborot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jihatidan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qo‘</w:t>
      </w:r>
      <w:proofErr w:type="gramEnd"/>
      <w:r w:rsidRPr="00EB6D2D">
        <w:rPr>
          <w:rFonts w:asciiTheme="minorBidi" w:hAnsiTheme="minorBidi"/>
          <w:sz w:val="22"/>
        </w:rPr>
        <w:t>llab-quvvatlash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maqsadida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Tashkilotchi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banklar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to‘lov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tashkilotlari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boshqa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yuridik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shaxslarni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shu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jumladan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Axborot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hamkorlarini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jalb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etishga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haqli</w:t>
      </w:r>
      <w:proofErr w:type="spellEnd"/>
      <w:r w:rsidRPr="00EB6D2D">
        <w:rPr>
          <w:rFonts w:asciiTheme="minorBidi" w:hAnsiTheme="minorBidi"/>
          <w:sz w:val="22"/>
        </w:rPr>
        <w:t>.</w:t>
      </w:r>
      <w:r w:rsidR="007F3540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Mazkur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Oferta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bilan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boshqacha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tartib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="007F3540">
        <w:rPr>
          <w:rFonts w:asciiTheme="minorBidi" w:hAnsiTheme="minorBidi"/>
          <w:sz w:val="22"/>
        </w:rPr>
        <w:t>to‘</w:t>
      </w:r>
      <w:proofErr w:type="gramEnd"/>
      <w:r w:rsidR="007F3540">
        <w:rPr>
          <w:rFonts w:asciiTheme="minorBidi" w:hAnsiTheme="minorBidi"/>
          <w:sz w:val="22"/>
        </w:rPr>
        <w:t>g‘ridan-to‘g‘ri</w:t>
      </w:r>
      <w:proofErr w:type="spellEnd"/>
      <w:r w:rsidR="007F3540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nazarda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tutilgan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bo‘l</w:t>
      </w:r>
      <w:r w:rsidR="007F3540" w:rsidRPr="00903C8F">
        <w:rPr>
          <w:rFonts w:asciiTheme="minorBidi" w:hAnsiTheme="minorBidi"/>
          <w:sz w:val="22"/>
        </w:rPr>
        <w:t>ma</w:t>
      </w:r>
      <w:r w:rsidRPr="00EB6D2D">
        <w:rPr>
          <w:rFonts w:asciiTheme="minorBidi" w:hAnsiTheme="minorBidi"/>
          <w:sz w:val="22"/>
        </w:rPr>
        <w:t>sa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Axborot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hamkorlari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Tashkilotchi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maqomiga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bo‘lmaydi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Aksiyani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o‘tkazish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funksiyalarini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amalga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oshirmaydi</w:t>
      </w:r>
      <w:proofErr w:type="spellEnd"/>
      <w:r w:rsidRPr="00EB6D2D">
        <w:rPr>
          <w:rFonts w:asciiTheme="minorBidi" w:hAnsiTheme="minorBidi"/>
          <w:sz w:val="22"/>
        </w:rPr>
        <w:t>.</w:t>
      </w:r>
    </w:p>
    <w:p w14:paraId="6485EF31" w14:textId="77777777" w:rsidR="006B206F" w:rsidRPr="00EB6D2D" w:rsidRDefault="006B206F" w:rsidP="00EB6D2D">
      <w:pPr>
        <w:ind w:firstLine="567"/>
        <w:jc w:val="both"/>
        <w:rPr>
          <w:rFonts w:asciiTheme="minorBidi" w:hAnsiTheme="minorBidi"/>
          <w:sz w:val="22"/>
        </w:rPr>
      </w:pPr>
      <w:r w:rsidRPr="00EB6D2D">
        <w:rPr>
          <w:rFonts w:asciiTheme="minorBidi" w:hAnsiTheme="minorBidi"/>
          <w:sz w:val="22"/>
        </w:rPr>
        <w:t xml:space="preserve">1.4. </w:t>
      </w:r>
      <w:proofErr w:type="spellStart"/>
      <w:r w:rsidRPr="00EB6D2D">
        <w:rPr>
          <w:rFonts w:asciiTheme="minorBidi" w:hAnsiTheme="minorBidi"/>
          <w:sz w:val="22"/>
        </w:rPr>
        <w:t>Aksiya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O‘</w:t>
      </w:r>
      <w:proofErr w:type="gramEnd"/>
      <w:r w:rsidRPr="00EB6D2D">
        <w:rPr>
          <w:rFonts w:asciiTheme="minorBidi" w:hAnsiTheme="minorBidi"/>
          <w:sz w:val="22"/>
        </w:rPr>
        <w:t>zbekiston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Respublikasi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hududida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o‘tkaziladi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hamda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Tadbirkorlar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tomonidan</w:t>
      </w:r>
      <w:proofErr w:type="spellEnd"/>
      <w:r w:rsidRPr="00EB6D2D">
        <w:rPr>
          <w:rFonts w:asciiTheme="minorBidi" w:hAnsiTheme="minorBidi"/>
          <w:sz w:val="22"/>
        </w:rPr>
        <w:t xml:space="preserve"> HUMO POS-</w:t>
      </w:r>
      <w:proofErr w:type="spellStart"/>
      <w:r w:rsidRPr="00EB6D2D">
        <w:rPr>
          <w:rFonts w:asciiTheme="minorBidi" w:hAnsiTheme="minorBidi"/>
          <w:sz w:val="22"/>
        </w:rPr>
        <w:t>terminallaridan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foydalangan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holda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naqdsiz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to‘lovlarni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qabul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qilishni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rag‘batlantirish</w:t>
      </w:r>
      <w:proofErr w:type="spellEnd"/>
      <w:r w:rsidRPr="00EB6D2D">
        <w:rPr>
          <w:rFonts w:asciiTheme="minorBidi" w:hAnsiTheme="minorBidi"/>
          <w:sz w:val="22"/>
        </w:rPr>
        <w:t>, HUMO POS-</w:t>
      </w:r>
      <w:proofErr w:type="spellStart"/>
      <w:r w:rsidRPr="00EB6D2D">
        <w:rPr>
          <w:rFonts w:asciiTheme="minorBidi" w:hAnsiTheme="minorBidi"/>
          <w:sz w:val="22"/>
        </w:rPr>
        <w:t>terminallari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orqali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ekvayring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aylanmasini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oshirish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faol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savdo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nuqtalari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tarmog‘ini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kengaytirishga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qaratilgan</w:t>
      </w:r>
      <w:proofErr w:type="spellEnd"/>
      <w:r w:rsidRPr="00EB6D2D">
        <w:rPr>
          <w:rFonts w:asciiTheme="minorBidi" w:hAnsiTheme="minorBidi"/>
          <w:sz w:val="22"/>
        </w:rPr>
        <w:t>.</w:t>
      </w:r>
    </w:p>
    <w:p w14:paraId="126AE196" w14:textId="77777777" w:rsidR="006B206F" w:rsidRPr="00EB6D2D" w:rsidRDefault="006B206F" w:rsidP="00EB6D2D">
      <w:pPr>
        <w:ind w:firstLine="567"/>
        <w:jc w:val="both"/>
        <w:rPr>
          <w:rFonts w:asciiTheme="minorBidi" w:hAnsiTheme="minorBidi"/>
          <w:sz w:val="22"/>
        </w:rPr>
      </w:pPr>
      <w:r w:rsidRPr="00EB6D2D">
        <w:rPr>
          <w:rFonts w:asciiTheme="minorBidi" w:hAnsiTheme="minorBidi"/>
          <w:sz w:val="22"/>
        </w:rPr>
        <w:t xml:space="preserve">1.5. </w:t>
      </w:r>
      <w:proofErr w:type="spellStart"/>
      <w:r w:rsidRPr="00EB6D2D">
        <w:rPr>
          <w:rFonts w:asciiTheme="minorBidi" w:hAnsiTheme="minorBidi"/>
          <w:sz w:val="22"/>
        </w:rPr>
        <w:t>Aksiya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lotereya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qimor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o‘</w:t>
      </w:r>
      <w:proofErr w:type="gramEnd"/>
      <w:r w:rsidRPr="00EB6D2D">
        <w:rPr>
          <w:rFonts w:asciiTheme="minorBidi" w:hAnsiTheme="minorBidi"/>
          <w:sz w:val="22"/>
        </w:rPr>
        <w:t>yini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garov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yoki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tavakkalchilikka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asoslangan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boshqa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faoliyat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hisoblanmaydi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unda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ishtirok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etish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uchun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alohida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to‘lov</w:t>
      </w:r>
      <w:proofErr w:type="spellEnd"/>
      <w:r w:rsidRPr="00EB6D2D">
        <w:rPr>
          <w:rFonts w:asciiTheme="minorBidi" w:hAnsiTheme="minorBidi"/>
          <w:sz w:val="22"/>
        </w:rPr>
        <w:t xml:space="preserve"> talab </w:t>
      </w:r>
      <w:proofErr w:type="spellStart"/>
      <w:r w:rsidRPr="00EB6D2D">
        <w:rPr>
          <w:rFonts w:asciiTheme="minorBidi" w:hAnsiTheme="minorBidi"/>
          <w:sz w:val="22"/>
        </w:rPr>
        <w:t>etilmaydi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hamda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Ishtirokchining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Tashkilotchiga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biron-bir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badal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kiritishi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bilan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bog‘liq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emas</w:t>
      </w:r>
      <w:proofErr w:type="spellEnd"/>
      <w:r w:rsidRPr="00EB6D2D">
        <w:rPr>
          <w:rFonts w:asciiTheme="minorBidi" w:hAnsiTheme="minorBidi"/>
          <w:sz w:val="22"/>
        </w:rPr>
        <w:t>.</w:t>
      </w:r>
    </w:p>
    <w:p w14:paraId="0D961FE0" w14:textId="0A6DC4E9" w:rsidR="006B206F" w:rsidRPr="00EB6D2D" w:rsidRDefault="006B206F" w:rsidP="00EB6D2D">
      <w:pPr>
        <w:ind w:firstLine="567"/>
        <w:jc w:val="both"/>
        <w:rPr>
          <w:rFonts w:asciiTheme="minorBidi" w:hAnsiTheme="minorBidi"/>
          <w:sz w:val="22"/>
        </w:rPr>
      </w:pPr>
      <w:r w:rsidRPr="00EB6D2D">
        <w:rPr>
          <w:rFonts w:asciiTheme="minorBidi" w:hAnsiTheme="minorBidi"/>
          <w:sz w:val="22"/>
        </w:rPr>
        <w:t xml:space="preserve">1.6. </w:t>
      </w:r>
      <w:proofErr w:type="spellStart"/>
      <w:r w:rsidRPr="00EB6D2D">
        <w:rPr>
          <w:rFonts w:asciiTheme="minorBidi" w:hAnsiTheme="minorBidi"/>
          <w:sz w:val="22"/>
        </w:rPr>
        <w:t>Aksiyada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ishtirok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etish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bepul</w:t>
      </w:r>
      <w:proofErr w:type="spellEnd"/>
      <w:r w:rsidRPr="00EB6D2D">
        <w:rPr>
          <w:rFonts w:asciiTheme="minorBidi" w:hAnsiTheme="minorBidi"/>
          <w:sz w:val="22"/>
        </w:rPr>
        <w:t>.</w:t>
      </w:r>
      <w:r w:rsidR="001579F1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Hafta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Ishtirokchisi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maqomi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Tadbirkorga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Oferta</w:t>
      </w:r>
      <w:proofErr w:type="spellEnd"/>
      <w:r w:rsidRPr="00EB6D2D">
        <w:rPr>
          <w:rFonts w:asciiTheme="minorBidi" w:hAnsiTheme="minorBidi"/>
          <w:sz w:val="22"/>
        </w:rPr>
        <w:t xml:space="preserve"> 6-</w:t>
      </w:r>
      <w:proofErr w:type="gramStart"/>
      <w:r w:rsidRPr="00EB6D2D">
        <w:rPr>
          <w:rFonts w:asciiTheme="minorBidi" w:hAnsiTheme="minorBidi"/>
          <w:sz w:val="22"/>
        </w:rPr>
        <w:t>bo‘</w:t>
      </w:r>
      <w:proofErr w:type="gramEnd"/>
      <w:r w:rsidRPr="00EB6D2D">
        <w:rPr>
          <w:rFonts w:asciiTheme="minorBidi" w:hAnsiTheme="minorBidi"/>
          <w:sz w:val="22"/>
        </w:rPr>
        <w:t xml:space="preserve">limida </w:t>
      </w:r>
      <w:proofErr w:type="spellStart"/>
      <w:r w:rsidRPr="00EB6D2D">
        <w:rPr>
          <w:rFonts w:asciiTheme="minorBidi" w:hAnsiTheme="minorBidi"/>
          <w:sz w:val="22"/>
        </w:rPr>
        <w:t>belgilangan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shartlarni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bajargan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taqdirda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avtomatik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ravishda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beriladi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Aksiyaning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rasmiy</w:t>
      </w:r>
      <w:proofErr w:type="spellEnd"/>
      <w:r w:rsidRPr="00EB6D2D">
        <w:rPr>
          <w:rFonts w:asciiTheme="minorBidi" w:hAnsiTheme="minorBidi"/>
          <w:sz w:val="22"/>
        </w:rPr>
        <w:t xml:space="preserve"> Telegram-</w:t>
      </w:r>
      <w:proofErr w:type="spellStart"/>
      <w:r w:rsidRPr="00EB6D2D">
        <w:rPr>
          <w:rFonts w:asciiTheme="minorBidi" w:hAnsiTheme="minorBidi"/>
          <w:sz w:val="22"/>
        </w:rPr>
        <w:t>botida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alohida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ro‘yxatdan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o‘tishni</w:t>
      </w:r>
      <w:proofErr w:type="spellEnd"/>
      <w:r w:rsidRPr="00EB6D2D">
        <w:rPr>
          <w:rFonts w:asciiTheme="minorBidi" w:hAnsiTheme="minorBidi"/>
          <w:sz w:val="22"/>
        </w:rPr>
        <w:t xml:space="preserve"> talab </w:t>
      </w:r>
      <w:proofErr w:type="spellStart"/>
      <w:r w:rsidRPr="00EB6D2D">
        <w:rPr>
          <w:rFonts w:asciiTheme="minorBidi" w:hAnsiTheme="minorBidi"/>
          <w:sz w:val="22"/>
        </w:rPr>
        <w:t>qilmaydi</w:t>
      </w:r>
      <w:proofErr w:type="spellEnd"/>
      <w:r w:rsidRPr="00EB6D2D">
        <w:rPr>
          <w:rFonts w:asciiTheme="minorBidi" w:hAnsiTheme="minorBidi"/>
          <w:sz w:val="22"/>
        </w:rPr>
        <w:t>.</w:t>
      </w:r>
      <w:r w:rsidR="001579F1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G‘</w:t>
      </w:r>
      <w:proofErr w:type="gramEnd"/>
      <w:r w:rsidRPr="00EB6D2D">
        <w:rPr>
          <w:rFonts w:asciiTheme="minorBidi" w:hAnsiTheme="minorBidi"/>
          <w:sz w:val="22"/>
        </w:rPr>
        <w:t>olib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Ofertada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nazarda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tutilgan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tartibda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sovrinni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olishdan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voz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kechishga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haqli</w:t>
      </w:r>
      <w:proofErr w:type="spellEnd"/>
      <w:r w:rsidRPr="00EB6D2D">
        <w:rPr>
          <w:rFonts w:asciiTheme="minorBidi" w:hAnsiTheme="minorBidi"/>
          <w:sz w:val="22"/>
        </w:rPr>
        <w:t>.</w:t>
      </w:r>
    </w:p>
    <w:p w14:paraId="7CAFA704" w14:textId="77777777" w:rsidR="006B206F" w:rsidRPr="00EB6D2D" w:rsidRDefault="006B206F" w:rsidP="00EB6D2D">
      <w:pPr>
        <w:ind w:firstLine="567"/>
        <w:jc w:val="both"/>
        <w:rPr>
          <w:rFonts w:asciiTheme="minorBidi" w:hAnsiTheme="minorBidi"/>
          <w:sz w:val="22"/>
        </w:rPr>
      </w:pPr>
      <w:r w:rsidRPr="00EB6D2D">
        <w:rPr>
          <w:rFonts w:asciiTheme="minorBidi" w:hAnsiTheme="minorBidi"/>
          <w:sz w:val="22"/>
        </w:rPr>
        <w:t xml:space="preserve">1.7. </w:t>
      </w:r>
      <w:proofErr w:type="spellStart"/>
      <w:r w:rsidRPr="00EB6D2D">
        <w:rPr>
          <w:rFonts w:asciiTheme="minorBidi" w:hAnsiTheme="minorBidi"/>
          <w:sz w:val="22"/>
        </w:rPr>
        <w:t>Aksiya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doirasida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sovrinlar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bo‘</w:t>
      </w:r>
      <w:proofErr w:type="gramEnd"/>
      <w:r w:rsidRPr="00EB6D2D">
        <w:rPr>
          <w:rFonts w:asciiTheme="minorBidi" w:hAnsiTheme="minorBidi"/>
          <w:sz w:val="22"/>
        </w:rPr>
        <w:t>yicha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amalga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oshiriladigan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to‘lovlar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tovarlar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ishlar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yoki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xizmatlar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uchun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to‘lov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hisoblanmaydi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Ishtirokchiga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moddiy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yordam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hisoblanmaydi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faqat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Tashkilotchining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rag‘batlantiruvchi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tadbiri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doirasida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amalga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oshiriladi</w:t>
      </w:r>
      <w:proofErr w:type="spellEnd"/>
      <w:r w:rsidRPr="00EB6D2D">
        <w:rPr>
          <w:rFonts w:asciiTheme="minorBidi" w:hAnsiTheme="minorBidi"/>
          <w:sz w:val="22"/>
        </w:rPr>
        <w:t>.</w:t>
      </w:r>
    </w:p>
    <w:p w14:paraId="1F4CC670" w14:textId="63F07F80" w:rsidR="006B206F" w:rsidRPr="00EB6D2D" w:rsidRDefault="006B206F" w:rsidP="00EB6D2D">
      <w:pPr>
        <w:ind w:firstLine="567"/>
        <w:jc w:val="both"/>
        <w:rPr>
          <w:rFonts w:asciiTheme="minorBidi" w:hAnsiTheme="minorBidi"/>
          <w:sz w:val="22"/>
        </w:rPr>
      </w:pPr>
      <w:r w:rsidRPr="00EB6D2D">
        <w:rPr>
          <w:rFonts w:asciiTheme="minorBidi" w:hAnsiTheme="minorBidi"/>
          <w:sz w:val="22"/>
        </w:rPr>
        <w:t xml:space="preserve">1.8. </w:t>
      </w:r>
      <w:proofErr w:type="spellStart"/>
      <w:r w:rsidRPr="00EB6D2D">
        <w:rPr>
          <w:rFonts w:asciiTheme="minorBidi" w:hAnsiTheme="minorBidi"/>
          <w:sz w:val="22"/>
        </w:rPr>
        <w:t>Ofertaning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amaldagi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tahriri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Aksiya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to‘</w:t>
      </w:r>
      <w:proofErr w:type="gramEnd"/>
      <w:r w:rsidRPr="00EB6D2D">
        <w:rPr>
          <w:rFonts w:asciiTheme="minorBidi" w:hAnsiTheme="minorBidi"/>
          <w:sz w:val="22"/>
        </w:rPr>
        <w:t>g‘risidagi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ma’lumotlar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muddatlar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sovrinlar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ishtirok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etish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tartibi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o‘yinlarni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o‘tkazish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tartibi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shuningdek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Ofertada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nazarda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tutilgan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doirada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ishtirokchilar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g‘oliblar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ro‘yxati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Tashkilotchining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rasmiy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axborot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resurslarida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MBPMning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rasmiy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veb-sayti</w:t>
      </w:r>
      <w:proofErr w:type="spellEnd"/>
      <w:r w:rsidRPr="00EB6D2D">
        <w:rPr>
          <w:rFonts w:asciiTheme="minorBidi" w:hAnsiTheme="minorBidi"/>
          <w:sz w:val="22"/>
        </w:rPr>
        <w:t xml:space="preserve"> — www.humocard.uzda </w:t>
      </w:r>
      <w:proofErr w:type="spellStart"/>
      <w:r w:rsidRPr="00EB6D2D">
        <w:rPr>
          <w:rFonts w:asciiTheme="minorBidi" w:hAnsiTheme="minorBidi"/>
          <w:sz w:val="22"/>
        </w:rPr>
        <w:t>joylashtiriladi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Aksiyaning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rasmiy</w:t>
      </w:r>
      <w:proofErr w:type="spellEnd"/>
      <w:r w:rsidRPr="00EB6D2D">
        <w:rPr>
          <w:rFonts w:asciiTheme="minorBidi" w:hAnsiTheme="minorBidi"/>
          <w:sz w:val="22"/>
        </w:rPr>
        <w:t xml:space="preserve"> Telegram-</w:t>
      </w:r>
      <w:proofErr w:type="spellStart"/>
      <w:r w:rsidRPr="00EB6D2D">
        <w:rPr>
          <w:rFonts w:asciiTheme="minorBidi" w:hAnsiTheme="minorBidi"/>
          <w:sz w:val="22"/>
        </w:rPr>
        <w:t>boti</w:t>
      </w:r>
      <w:proofErr w:type="spellEnd"/>
      <w:r w:rsidR="001579F1">
        <w:rPr>
          <w:rFonts w:asciiTheme="minorBidi" w:hAnsiTheme="minorBidi"/>
          <w:sz w:val="22"/>
        </w:rPr>
        <w:t xml:space="preserve"> –</w:t>
      </w:r>
      <w:r w:rsidRPr="00EB6D2D">
        <w:rPr>
          <w:rFonts w:asciiTheme="minorBidi" w:hAnsiTheme="minorBidi"/>
          <w:sz w:val="22"/>
        </w:rPr>
        <w:t xml:space="preserve"> @HumoNestBot </w:t>
      </w:r>
      <w:proofErr w:type="spellStart"/>
      <w:r w:rsidRPr="00EB6D2D">
        <w:rPr>
          <w:rFonts w:asciiTheme="minorBidi" w:hAnsiTheme="minorBidi"/>
          <w:sz w:val="22"/>
        </w:rPr>
        <w:t>orqali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foydalanish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uchun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taqdim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etiladi</w:t>
      </w:r>
      <w:proofErr w:type="spellEnd"/>
      <w:r w:rsidRPr="00EB6D2D">
        <w:rPr>
          <w:rFonts w:asciiTheme="minorBidi" w:hAnsiTheme="minorBidi"/>
          <w:sz w:val="22"/>
        </w:rPr>
        <w:t xml:space="preserve">. </w:t>
      </w:r>
      <w:proofErr w:type="spellStart"/>
      <w:r w:rsidRPr="00EB6D2D">
        <w:rPr>
          <w:rFonts w:asciiTheme="minorBidi" w:hAnsiTheme="minorBidi"/>
          <w:sz w:val="22"/>
        </w:rPr>
        <w:t>Shuningdek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mazkur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ma’lumotlar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Axborot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hamkorlarining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rasmiy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axborot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resurslarida</w:t>
      </w:r>
      <w:proofErr w:type="spellEnd"/>
      <w:r w:rsidRPr="00EB6D2D">
        <w:rPr>
          <w:rFonts w:asciiTheme="minorBidi" w:hAnsiTheme="minorBidi"/>
          <w:sz w:val="22"/>
        </w:rPr>
        <w:t xml:space="preserve"> ham </w:t>
      </w:r>
      <w:proofErr w:type="spellStart"/>
      <w:r w:rsidRPr="00EB6D2D">
        <w:rPr>
          <w:rFonts w:asciiTheme="minorBidi" w:hAnsiTheme="minorBidi"/>
          <w:sz w:val="22"/>
        </w:rPr>
        <w:t>joylashtirilishi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mumkin</w:t>
      </w:r>
      <w:proofErr w:type="spellEnd"/>
      <w:r w:rsidRPr="00EB6D2D">
        <w:rPr>
          <w:rFonts w:asciiTheme="minorBidi" w:hAnsiTheme="minorBidi"/>
          <w:sz w:val="22"/>
        </w:rPr>
        <w:t>.</w:t>
      </w:r>
    </w:p>
    <w:p w14:paraId="53867DD2" w14:textId="77777777" w:rsidR="006B206F" w:rsidRPr="00EB6D2D" w:rsidRDefault="006B206F" w:rsidP="00EB6D2D">
      <w:pPr>
        <w:ind w:firstLine="567"/>
        <w:jc w:val="both"/>
        <w:rPr>
          <w:rFonts w:asciiTheme="minorBidi" w:hAnsiTheme="minorBidi"/>
          <w:sz w:val="22"/>
        </w:rPr>
      </w:pPr>
      <w:r w:rsidRPr="00EB6D2D">
        <w:rPr>
          <w:rFonts w:asciiTheme="minorBidi" w:hAnsiTheme="minorBidi"/>
          <w:sz w:val="22"/>
        </w:rPr>
        <w:t xml:space="preserve">1.9. </w:t>
      </w:r>
      <w:proofErr w:type="spellStart"/>
      <w:r w:rsidRPr="00EB6D2D">
        <w:rPr>
          <w:rFonts w:asciiTheme="minorBidi" w:hAnsiTheme="minorBidi"/>
          <w:sz w:val="22"/>
        </w:rPr>
        <w:t>Mazkur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Oferta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bilan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reklama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materiallari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axborot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xabarlari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nashrlar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Axborot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hamkorlarining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materiallari</w:t>
      </w:r>
      <w:proofErr w:type="spellEnd"/>
      <w:r w:rsidRPr="00EB6D2D">
        <w:rPr>
          <w:rFonts w:asciiTheme="minorBidi" w:hAnsiTheme="minorBidi"/>
          <w:sz w:val="22"/>
        </w:rPr>
        <w:t>, push-</w:t>
      </w:r>
      <w:proofErr w:type="spellStart"/>
      <w:r w:rsidRPr="00EB6D2D">
        <w:rPr>
          <w:rFonts w:asciiTheme="minorBidi" w:hAnsiTheme="minorBidi"/>
          <w:sz w:val="22"/>
        </w:rPr>
        <w:t>bildirishnomalar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rasmiy</w:t>
      </w:r>
      <w:proofErr w:type="spellEnd"/>
      <w:r w:rsidRPr="00EB6D2D">
        <w:rPr>
          <w:rFonts w:asciiTheme="minorBidi" w:hAnsiTheme="minorBidi"/>
          <w:sz w:val="22"/>
        </w:rPr>
        <w:t xml:space="preserve"> Telegram-bot </w:t>
      </w:r>
      <w:proofErr w:type="spellStart"/>
      <w:r w:rsidRPr="00EB6D2D">
        <w:rPr>
          <w:rFonts w:asciiTheme="minorBidi" w:hAnsiTheme="minorBidi"/>
          <w:sz w:val="22"/>
        </w:rPr>
        <w:t>yoki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boshqa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axborot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manbalarida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joylashtirilgan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ma’lumotlar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o‘</w:t>
      </w:r>
      <w:proofErr w:type="gramEnd"/>
      <w:r w:rsidRPr="00EB6D2D">
        <w:rPr>
          <w:rFonts w:asciiTheme="minorBidi" w:hAnsiTheme="minorBidi"/>
          <w:sz w:val="22"/>
        </w:rPr>
        <w:t>rtasida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tafovut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yuzaga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kelgan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taqdirda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mazkur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Oferta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qoidalari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qo‘llaniladi</w:t>
      </w:r>
      <w:proofErr w:type="spellEnd"/>
      <w:r w:rsidRPr="00EB6D2D">
        <w:rPr>
          <w:rFonts w:asciiTheme="minorBidi" w:hAnsiTheme="minorBidi"/>
          <w:sz w:val="22"/>
        </w:rPr>
        <w:t>.</w:t>
      </w:r>
    </w:p>
    <w:p w14:paraId="0F902DF5" w14:textId="7E8DBB48" w:rsidR="00DD39E2" w:rsidRPr="00EB6D2D" w:rsidRDefault="006B206F" w:rsidP="00EB6D2D">
      <w:pPr>
        <w:ind w:firstLine="567"/>
        <w:jc w:val="both"/>
        <w:rPr>
          <w:rFonts w:asciiTheme="minorBidi" w:hAnsiTheme="minorBidi"/>
          <w:b/>
          <w:sz w:val="22"/>
          <w:lang w:val="uz-Cyrl-UZ"/>
        </w:rPr>
      </w:pPr>
      <w:r w:rsidRPr="00EB6D2D">
        <w:rPr>
          <w:rFonts w:asciiTheme="minorBidi" w:hAnsiTheme="minorBidi"/>
          <w:sz w:val="22"/>
        </w:rPr>
        <w:lastRenderedPageBreak/>
        <w:t xml:space="preserve">1.10. </w:t>
      </w:r>
      <w:proofErr w:type="spellStart"/>
      <w:r w:rsidRPr="00EB6D2D">
        <w:rPr>
          <w:rFonts w:asciiTheme="minorBidi" w:hAnsiTheme="minorBidi"/>
          <w:sz w:val="22"/>
        </w:rPr>
        <w:t>Tashkilotchi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Aksiya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to‘</w:t>
      </w:r>
      <w:proofErr w:type="gramEnd"/>
      <w:r w:rsidRPr="00EB6D2D">
        <w:rPr>
          <w:rFonts w:asciiTheme="minorBidi" w:hAnsiTheme="minorBidi"/>
          <w:sz w:val="22"/>
        </w:rPr>
        <w:t>g‘risidagi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ma’lumotlarni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o‘zbek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rus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va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boshqa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tillarda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e’lon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qilishga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haqli</w:t>
      </w:r>
      <w:proofErr w:type="spellEnd"/>
      <w:r w:rsidRPr="00EB6D2D">
        <w:rPr>
          <w:rFonts w:asciiTheme="minorBidi" w:hAnsiTheme="minorBidi"/>
          <w:sz w:val="22"/>
        </w:rPr>
        <w:t>.</w:t>
      </w:r>
      <w:r w:rsidR="00AA170A" w:rsidRPr="00EB6D2D">
        <w:rPr>
          <w:rFonts w:asciiTheme="minorBidi" w:hAnsiTheme="minorBidi"/>
          <w:sz w:val="22"/>
          <w:lang w:val="uz-Cyrl-UZ"/>
        </w:rPr>
        <w:t xml:space="preserve"> </w:t>
      </w:r>
      <w:r w:rsidRPr="00EB6D2D">
        <w:rPr>
          <w:rFonts w:asciiTheme="minorBidi" w:hAnsiTheme="minorBidi"/>
          <w:sz w:val="22"/>
          <w:lang w:val="uz-Cyrl-UZ"/>
        </w:rPr>
        <w:t>Til versiyalari o‘rtasida tafovutlar yuzaga kelgan taqdirda, agar Tashkilotchi tomonidan bevosita boshqacha tartib belgilanmagan bo‘lsa, Ofertaning o‘zbek tilidagi versiyasi ustuvor hisoblanadi.</w:t>
      </w:r>
    </w:p>
    <w:p w14:paraId="0D5DC151" w14:textId="77777777" w:rsidR="00DD39E2" w:rsidRPr="00EB6D2D" w:rsidRDefault="00DD39E2" w:rsidP="00EB6D2D">
      <w:pPr>
        <w:ind w:firstLine="567"/>
        <w:jc w:val="both"/>
        <w:rPr>
          <w:rFonts w:asciiTheme="minorBidi" w:hAnsiTheme="minorBidi"/>
          <w:b/>
          <w:sz w:val="22"/>
          <w:lang w:val="uz-Cyrl-UZ"/>
        </w:rPr>
      </w:pPr>
    </w:p>
    <w:p w14:paraId="25091349" w14:textId="1E56C221" w:rsidR="00154649" w:rsidRPr="00EB6D2D" w:rsidRDefault="00EE1F22" w:rsidP="00EB6D2D">
      <w:pPr>
        <w:ind w:firstLine="567"/>
        <w:jc w:val="both"/>
        <w:rPr>
          <w:rFonts w:asciiTheme="minorBidi" w:hAnsiTheme="minorBidi"/>
          <w:b/>
          <w:sz w:val="22"/>
          <w:lang w:val="uz-Latn-UZ"/>
        </w:rPr>
      </w:pPr>
      <w:r w:rsidRPr="00EB6D2D">
        <w:rPr>
          <w:rFonts w:asciiTheme="minorBidi" w:hAnsiTheme="minorBidi"/>
          <w:b/>
          <w:sz w:val="22"/>
          <w:lang w:val="ru-RU"/>
        </w:rPr>
        <w:t xml:space="preserve">2. </w:t>
      </w:r>
      <w:r w:rsidR="002C132D" w:rsidRPr="00EB6D2D">
        <w:rPr>
          <w:rFonts w:asciiTheme="minorBidi" w:hAnsiTheme="minorBidi"/>
          <w:b/>
          <w:sz w:val="22"/>
          <w:lang w:val="uz-Latn-UZ"/>
        </w:rPr>
        <w:t>Atamalar va ta’riflar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8346"/>
      </w:tblGrid>
      <w:tr w:rsidR="00AA170A" w:rsidRPr="002C132D" w14:paraId="177A4255" w14:textId="77777777" w:rsidTr="00EB6D2D">
        <w:trPr>
          <w:tblHeader/>
          <w:jc w:val="center"/>
        </w:trPr>
        <w:tc>
          <w:tcPr>
            <w:tcW w:w="1786" w:type="dxa"/>
            <w:shd w:val="clear" w:color="auto" w:fill="D9EAF7"/>
            <w:vAlign w:val="center"/>
          </w:tcPr>
          <w:p w14:paraId="683599E7" w14:textId="016220F7" w:rsidR="00AA170A" w:rsidRPr="00EB6D2D" w:rsidRDefault="00AA170A">
            <w:pPr>
              <w:jc w:val="center"/>
              <w:rPr>
                <w:rFonts w:asciiTheme="minorBidi" w:hAnsiTheme="minorBidi"/>
                <w:b/>
                <w:sz w:val="22"/>
                <w:lang w:val="uz-Cyrl-UZ"/>
              </w:rPr>
            </w:pPr>
            <w:r w:rsidRPr="00EB6D2D">
              <w:rPr>
                <w:rStyle w:val="af6"/>
                <w:rFonts w:asciiTheme="minorBidi" w:hAnsiTheme="minorBidi"/>
                <w:sz w:val="22"/>
              </w:rPr>
              <w:t>Atama</w:t>
            </w:r>
          </w:p>
        </w:tc>
        <w:tc>
          <w:tcPr>
            <w:tcW w:w="8346" w:type="dxa"/>
            <w:shd w:val="clear" w:color="auto" w:fill="D9EAF7"/>
            <w:vAlign w:val="center"/>
          </w:tcPr>
          <w:p w14:paraId="6B5E3092" w14:textId="2C976751" w:rsidR="00AA170A" w:rsidRPr="00EB6D2D" w:rsidRDefault="00AA170A">
            <w:pPr>
              <w:ind w:firstLine="567"/>
              <w:jc w:val="center"/>
              <w:rPr>
                <w:rFonts w:asciiTheme="minorBidi" w:hAnsiTheme="minorBidi"/>
                <w:sz w:val="22"/>
                <w:lang w:val="uz-Cyrl-UZ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Ta’rif</w:t>
            </w:r>
            <w:proofErr w:type="spellEnd"/>
          </w:p>
        </w:tc>
      </w:tr>
      <w:tr w:rsidR="00AA170A" w:rsidRPr="002C132D" w14:paraId="28D0E976" w14:textId="77777777" w:rsidTr="00EB6D2D">
        <w:trPr>
          <w:jc w:val="center"/>
        </w:trPr>
        <w:tc>
          <w:tcPr>
            <w:tcW w:w="1786" w:type="dxa"/>
            <w:vAlign w:val="center"/>
          </w:tcPr>
          <w:p w14:paraId="484F82EE" w14:textId="4763621F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Aksiya</w:t>
            </w:r>
            <w:proofErr w:type="spellEnd"/>
          </w:p>
        </w:tc>
        <w:tc>
          <w:tcPr>
            <w:tcW w:w="8346" w:type="dxa"/>
            <w:vAlign w:val="center"/>
          </w:tcPr>
          <w:p w14:paraId="2D5ECC50" w14:textId="2B9D3748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Tashkilotchi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tomonidan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mazkur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Oferta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shartlari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asosida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tkaziladigan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r w:rsidR="002C132D">
              <w:rPr>
                <w:rStyle w:val="af6"/>
                <w:rFonts w:asciiTheme="minorBidi" w:hAnsiTheme="minorBidi"/>
                <w:sz w:val="22"/>
              </w:rPr>
              <w:t>“</w:t>
            </w:r>
            <w:r w:rsidRPr="00EB6D2D">
              <w:rPr>
                <w:rStyle w:val="af6"/>
                <w:rFonts w:asciiTheme="minorBidi" w:hAnsiTheme="minorBidi"/>
                <w:sz w:val="22"/>
              </w:rPr>
              <w:t>BAXTLI TADBIRKOR</w:t>
            </w:r>
            <w:r w:rsidR="002C132D">
              <w:rPr>
                <w:rStyle w:val="af6"/>
                <w:rFonts w:asciiTheme="minorBidi" w:hAnsiTheme="minorBidi"/>
                <w:sz w:val="22"/>
              </w:rPr>
              <w:t>”</w:t>
            </w:r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rag‘batlantiruvchi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aksiyasi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48DBF8A3" w14:textId="77777777" w:rsidTr="00EB6D2D">
        <w:trPr>
          <w:trHeight w:val="462"/>
          <w:jc w:val="center"/>
        </w:trPr>
        <w:tc>
          <w:tcPr>
            <w:tcW w:w="1786" w:type="dxa"/>
            <w:vAlign w:val="center"/>
          </w:tcPr>
          <w:p w14:paraId="719929E2" w14:textId="495EA165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Tadbirkor</w:t>
            </w:r>
            <w:proofErr w:type="spellEnd"/>
          </w:p>
        </w:tc>
        <w:tc>
          <w:tcPr>
            <w:tcW w:w="8346" w:type="dxa"/>
            <w:vAlign w:val="center"/>
          </w:tcPr>
          <w:p w14:paraId="1BE8B106" w14:textId="5A9BC70A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zbekiston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Respublikasi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qonunchiligida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belgilangan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tartibda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ro‘yxatdan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o‘tgan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,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bir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yoki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bir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nechta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amaldagi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HUMO POS-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terminallarining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egasi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bo‘lgan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yuridik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shaxs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yoki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yakka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tartibdagi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tadbirkor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EB6D2D" w14:paraId="22AF2D8C" w14:textId="77777777" w:rsidTr="00EB6D2D">
        <w:trPr>
          <w:jc w:val="center"/>
        </w:trPr>
        <w:tc>
          <w:tcPr>
            <w:tcW w:w="1786" w:type="dxa"/>
            <w:vAlign w:val="center"/>
          </w:tcPr>
          <w:p w14:paraId="39DE6DAA" w14:textId="2FE52635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  <w:lang w:val="ru-RU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Hafta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Ishtirokchisi</w:t>
            </w:r>
            <w:proofErr w:type="spellEnd"/>
          </w:p>
        </w:tc>
        <w:tc>
          <w:tcPr>
            <w:tcW w:w="8346" w:type="dxa"/>
            <w:vAlign w:val="center"/>
          </w:tcPr>
          <w:p w14:paraId="2521F48B" w14:textId="289C6C32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  <w:lang w:val="ru-RU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Tegishli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Aksiya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haftasi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davomida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barcha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ro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>‘</w:t>
            </w:r>
            <w:proofErr w:type="spellStart"/>
            <w:proofErr w:type="gramEnd"/>
            <w:r w:rsidRPr="00EB6D2D">
              <w:rPr>
                <w:rFonts w:asciiTheme="minorBidi" w:hAnsiTheme="minorBidi"/>
                <w:sz w:val="22"/>
              </w:rPr>
              <w:t>yxatdan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r w:rsidRPr="00EB6D2D">
              <w:rPr>
                <w:rFonts w:asciiTheme="minorBidi" w:hAnsiTheme="minorBidi"/>
                <w:sz w:val="22"/>
              </w:rPr>
              <w:t>o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>‘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tgan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faol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r w:rsidRPr="00EB6D2D">
              <w:rPr>
                <w:rFonts w:asciiTheme="minorBidi" w:hAnsiTheme="minorBidi"/>
                <w:sz w:val="22"/>
              </w:rPr>
              <w:t>HUMO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r w:rsidRPr="00EB6D2D">
              <w:rPr>
                <w:rFonts w:asciiTheme="minorBidi" w:hAnsiTheme="minorBidi"/>
                <w:sz w:val="22"/>
              </w:rPr>
              <w:t>POS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>-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terminallari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orqali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amalga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oshirilgan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umumiy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Aylanmasi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 xml:space="preserve"> 7 000 000 (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yetti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 xml:space="preserve"> </w:t>
            </w:r>
            <w:r w:rsidRPr="00EB6D2D">
              <w:rPr>
                <w:rStyle w:val="af6"/>
                <w:rFonts w:asciiTheme="minorBidi" w:hAnsiTheme="minorBidi"/>
                <w:sz w:val="22"/>
              </w:rPr>
              <w:t>million</w:t>
            </w:r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 xml:space="preserve">) </w:t>
            </w:r>
            <w:r w:rsidRPr="00EB6D2D">
              <w:rPr>
                <w:rStyle w:val="af6"/>
                <w:rFonts w:asciiTheme="minorBidi" w:hAnsiTheme="minorBidi"/>
                <w:sz w:val="22"/>
              </w:rPr>
              <w:t>so</w:t>
            </w:r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>‘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mdan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 xml:space="preserve"> 70 000 000 (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yetmish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 xml:space="preserve"> </w:t>
            </w:r>
            <w:r w:rsidRPr="00EB6D2D">
              <w:rPr>
                <w:rStyle w:val="af6"/>
                <w:rFonts w:asciiTheme="minorBidi" w:hAnsiTheme="minorBidi"/>
                <w:sz w:val="22"/>
              </w:rPr>
              <w:t>million</w:t>
            </w:r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 xml:space="preserve">) </w:t>
            </w:r>
            <w:r w:rsidRPr="00EB6D2D">
              <w:rPr>
                <w:rStyle w:val="af6"/>
                <w:rFonts w:asciiTheme="minorBidi" w:hAnsiTheme="minorBidi"/>
                <w:sz w:val="22"/>
              </w:rPr>
              <w:t>so</w:t>
            </w:r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>‘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mgacha</w:t>
            </w:r>
            <w:proofErr w:type="spellEnd"/>
            <w:r w:rsidR="00EE3D65">
              <w:rPr>
                <w:rStyle w:val="af6"/>
                <w:rFonts w:asciiTheme="minorBidi" w:hAnsiTheme="minorBidi"/>
                <w:sz w:val="22"/>
                <w:lang w:val="uz-Cyrl-UZ"/>
              </w:rPr>
              <w:t xml:space="preserve"> </w:t>
            </w:r>
            <w:r w:rsidR="00EE3D65">
              <w:rPr>
                <w:rStyle w:val="af6"/>
                <w:rFonts w:asciiTheme="minorBidi" w:hAnsiTheme="minorBidi"/>
                <w:b w:val="0"/>
                <w:bCs w:val="0"/>
                <w:sz w:val="22"/>
                <w:lang w:val="uz-Cyrl-UZ"/>
              </w:rPr>
              <w:t>(</w:t>
            </w:r>
            <w:r w:rsidR="00EE3D65">
              <w:rPr>
                <w:rStyle w:val="af6"/>
                <w:rFonts w:asciiTheme="minorBidi" w:hAnsiTheme="minorBidi"/>
                <w:b w:val="0"/>
                <w:bCs w:val="0"/>
                <w:sz w:val="22"/>
                <w:lang w:val="uz-Latn-UZ"/>
              </w:rPr>
              <w:t xml:space="preserve">shu summa ham kiradi)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bo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>‘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lgan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Tadbirkor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>.</w:t>
            </w:r>
          </w:p>
        </w:tc>
      </w:tr>
      <w:tr w:rsidR="00AA170A" w:rsidRPr="002C132D" w14:paraId="49E0E3F2" w14:textId="77777777" w:rsidTr="00EB6D2D">
        <w:trPr>
          <w:jc w:val="center"/>
        </w:trPr>
        <w:tc>
          <w:tcPr>
            <w:tcW w:w="1786" w:type="dxa"/>
            <w:vAlign w:val="center"/>
          </w:tcPr>
          <w:p w14:paraId="6F18445C" w14:textId="13EF858C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r w:rsidRPr="00EB6D2D">
              <w:rPr>
                <w:rStyle w:val="af6"/>
                <w:rFonts w:asciiTheme="minorBidi" w:hAnsiTheme="minorBidi"/>
                <w:sz w:val="22"/>
              </w:rPr>
              <w:t>HUMO POS-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terminali</w:t>
            </w:r>
            <w:proofErr w:type="spellEnd"/>
          </w:p>
        </w:tc>
        <w:tc>
          <w:tcPr>
            <w:tcW w:w="8346" w:type="dxa"/>
            <w:vAlign w:val="center"/>
          </w:tcPr>
          <w:p w14:paraId="1103625A" w14:textId="5A6321FA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Tadbirkorning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savdo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xizmat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ko‘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rsatish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korxonasida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o‘rnatilgan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hamda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HUMO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protsessing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tizimiga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ulangan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, HUMO, Visa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MasterCard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kartalaridan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foydalangan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holda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naqdsiz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to‘lovlarni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qabul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qilish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uchun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mo‘ljallangan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terminal.</w:t>
            </w:r>
          </w:p>
        </w:tc>
      </w:tr>
      <w:tr w:rsidR="00AA170A" w:rsidRPr="002C132D" w14:paraId="25B1A5F0" w14:textId="77777777" w:rsidTr="00EB6D2D">
        <w:trPr>
          <w:jc w:val="center"/>
        </w:trPr>
        <w:tc>
          <w:tcPr>
            <w:tcW w:w="1786" w:type="dxa"/>
            <w:vAlign w:val="center"/>
          </w:tcPr>
          <w:p w14:paraId="0174B463" w14:textId="281B5E12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r w:rsidRPr="00EB6D2D">
              <w:rPr>
                <w:rStyle w:val="af6"/>
                <w:rFonts w:asciiTheme="minorBidi" w:hAnsiTheme="minorBidi"/>
                <w:sz w:val="22"/>
              </w:rPr>
              <w:t>Terminal ID</w:t>
            </w:r>
          </w:p>
        </w:tc>
        <w:tc>
          <w:tcPr>
            <w:tcW w:w="8346" w:type="dxa"/>
            <w:vAlign w:val="center"/>
          </w:tcPr>
          <w:p w14:paraId="7538F8E7" w14:textId="6B343253" w:rsidR="00AA170A" w:rsidRPr="00EB6D2D" w:rsidRDefault="00AA170A" w:rsidP="00EB6D2D">
            <w:pPr>
              <w:spacing w:after="0"/>
              <w:jc w:val="both"/>
              <w:rPr>
                <w:rFonts w:asciiTheme="minorBidi" w:eastAsia="Cambria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Tashkilotchining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protsessing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tizimida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HUMO POS-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terminalining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noyob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identifikatori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6D822474" w14:textId="77777777" w:rsidTr="00EB6D2D">
        <w:trPr>
          <w:trHeight w:val="360"/>
          <w:jc w:val="center"/>
        </w:trPr>
        <w:tc>
          <w:tcPr>
            <w:tcW w:w="1786" w:type="dxa"/>
            <w:vAlign w:val="center"/>
          </w:tcPr>
          <w:p w14:paraId="664EF855" w14:textId="4C7B8EBE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r w:rsidRPr="00EB6D2D">
              <w:rPr>
                <w:rStyle w:val="af6"/>
                <w:rFonts w:asciiTheme="minorBidi" w:hAnsiTheme="minorBidi"/>
                <w:sz w:val="22"/>
              </w:rPr>
              <w:t>STIR</w:t>
            </w:r>
          </w:p>
        </w:tc>
        <w:tc>
          <w:tcPr>
            <w:tcW w:w="8346" w:type="dxa"/>
            <w:vAlign w:val="center"/>
          </w:tcPr>
          <w:p w14:paraId="7E99CE09" w14:textId="41335092" w:rsidR="00AA170A" w:rsidRPr="00EB6D2D" w:rsidRDefault="00AA170A" w:rsidP="00EB6D2D">
            <w:pPr>
              <w:spacing w:after="0"/>
              <w:jc w:val="both"/>
              <w:rPr>
                <w:rFonts w:asciiTheme="minorBidi" w:eastAsia="Cambria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Yuridik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shaxsga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beriladigan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soliq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to‘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lovchining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identifikatsiya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raqami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EB6D2D" w14:paraId="4790A8FB" w14:textId="77777777" w:rsidTr="00EB6D2D">
        <w:trPr>
          <w:jc w:val="center"/>
        </w:trPr>
        <w:tc>
          <w:tcPr>
            <w:tcW w:w="1786" w:type="dxa"/>
            <w:vAlign w:val="center"/>
          </w:tcPr>
          <w:p w14:paraId="16BA8308" w14:textId="68A6C8B4" w:rsidR="00AA170A" w:rsidRPr="00EB6D2D" w:rsidRDefault="001579F1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  <w:lang w:val="ru-RU"/>
              </w:rPr>
            </w:pPr>
            <w:r w:rsidRPr="002C132D">
              <w:rPr>
                <w:rStyle w:val="af6"/>
                <w:rFonts w:asciiTheme="minorBidi" w:hAnsiTheme="minorBidi"/>
                <w:sz w:val="22"/>
              </w:rPr>
              <w:t>JSHSHIR</w:t>
            </w:r>
          </w:p>
        </w:tc>
        <w:tc>
          <w:tcPr>
            <w:tcW w:w="8346" w:type="dxa"/>
            <w:vAlign w:val="center"/>
          </w:tcPr>
          <w:p w14:paraId="0C417E22" w14:textId="6976F5B4" w:rsidR="00AA170A" w:rsidRPr="00EB6D2D" w:rsidRDefault="00AA170A" w:rsidP="00EB6D2D">
            <w:pPr>
              <w:spacing w:after="0"/>
              <w:jc w:val="both"/>
              <w:rPr>
                <w:rFonts w:asciiTheme="minorBidi" w:eastAsia="Cambria" w:hAnsiTheme="minorBidi"/>
                <w:sz w:val="22"/>
                <w:lang w:val="ru-RU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Yakka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tartibdagi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tadbirkorni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identifikatsiya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qilish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uchun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foydalaniladigan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jismoniy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shaxsning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shaxsiy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identifikatsiya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raqami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>.</w:t>
            </w:r>
          </w:p>
        </w:tc>
      </w:tr>
      <w:tr w:rsidR="00AA170A" w:rsidRPr="00EB6D2D" w14:paraId="1ED1685D" w14:textId="77777777" w:rsidTr="00EB6D2D">
        <w:trPr>
          <w:jc w:val="center"/>
        </w:trPr>
        <w:tc>
          <w:tcPr>
            <w:tcW w:w="1786" w:type="dxa"/>
            <w:vAlign w:val="center"/>
          </w:tcPr>
          <w:p w14:paraId="4AC68365" w14:textId="13BCE41E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  <w:lang w:val="ru-RU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Tadbirkorning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vakolatli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vakili</w:t>
            </w:r>
            <w:proofErr w:type="spellEnd"/>
          </w:p>
        </w:tc>
        <w:tc>
          <w:tcPr>
            <w:tcW w:w="8346" w:type="dxa"/>
            <w:vAlign w:val="center"/>
          </w:tcPr>
          <w:p w14:paraId="3CAB9DCC" w14:textId="508811B0" w:rsidR="00AA170A" w:rsidRPr="00EB6D2D" w:rsidRDefault="00AA170A" w:rsidP="00EB6D2D">
            <w:pPr>
              <w:spacing w:after="0"/>
              <w:jc w:val="both"/>
              <w:rPr>
                <w:rFonts w:asciiTheme="minorBidi" w:eastAsia="Cambria" w:hAnsiTheme="minorBidi"/>
                <w:sz w:val="22"/>
                <w:lang w:val="ru-RU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Tadbirkor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nomidan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qonun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, </w:t>
            </w:r>
            <w:r w:rsidRPr="00EB6D2D">
              <w:rPr>
                <w:rFonts w:asciiTheme="minorBidi" w:hAnsiTheme="minorBidi"/>
                <w:sz w:val="22"/>
              </w:rPr>
              <w:t>ta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>’</w:t>
            </w:r>
            <w:r w:rsidRPr="00EB6D2D">
              <w:rPr>
                <w:rFonts w:asciiTheme="minorBidi" w:hAnsiTheme="minorBidi"/>
                <w:sz w:val="22"/>
              </w:rPr>
              <w:t>sis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hujjatlari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,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ishonchnoma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yoki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tegishli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vakolatlarni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tasdiqlovchi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boshqa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hujjat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asosida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faoliyat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yurituvchi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jismoniy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shaxs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>.</w:t>
            </w:r>
          </w:p>
        </w:tc>
      </w:tr>
      <w:tr w:rsidR="00AA170A" w:rsidRPr="002C132D" w14:paraId="6435C5B0" w14:textId="77777777" w:rsidTr="00EB6D2D">
        <w:trPr>
          <w:jc w:val="center"/>
        </w:trPr>
        <w:tc>
          <w:tcPr>
            <w:tcW w:w="1786" w:type="dxa"/>
            <w:vAlign w:val="center"/>
          </w:tcPr>
          <w:p w14:paraId="31D6BA48" w14:textId="0F1B6F06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  <w:lang w:val="ru-RU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Aylanma</w:t>
            </w:r>
            <w:proofErr w:type="spellEnd"/>
          </w:p>
        </w:tc>
        <w:tc>
          <w:tcPr>
            <w:tcW w:w="8346" w:type="dxa"/>
            <w:vAlign w:val="center"/>
          </w:tcPr>
          <w:p w14:paraId="15B53819" w14:textId="6EF95920" w:rsidR="00AA170A" w:rsidRPr="00EB6D2D" w:rsidRDefault="00AA170A" w:rsidP="00EB6D2D">
            <w:pPr>
              <w:spacing w:after="0"/>
              <w:jc w:val="both"/>
              <w:rPr>
                <w:rFonts w:asciiTheme="minorBidi" w:eastAsia="Cambria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Aksiya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haftasi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davomida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Tadbirkorning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POS-terminal(lar)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orqali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amalga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oshirilgan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HUMO, Visa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MasterCard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kartalaridan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foydalangan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holda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to‘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lov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bo‘yicha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hisobga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olinadigan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operatsiyalarning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jami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summasi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3FB966CE" w14:textId="77777777" w:rsidTr="00EB6D2D">
        <w:trPr>
          <w:jc w:val="center"/>
        </w:trPr>
        <w:tc>
          <w:tcPr>
            <w:tcW w:w="1786" w:type="dxa"/>
            <w:vAlign w:val="center"/>
          </w:tcPr>
          <w:p w14:paraId="4ADA0EBB" w14:textId="6EDD0840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  <w:lang w:val="ru-RU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Aksiya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davrlari</w:t>
            </w:r>
            <w:proofErr w:type="spellEnd"/>
          </w:p>
        </w:tc>
        <w:tc>
          <w:tcPr>
            <w:tcW w:w="8346" w:type="dxa"/>
            <w:vAlign w:val="center"/>
          </w:tcPr>
          <w:p w14:paraId="2A740390" w14:textId="1A01352B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Aksiyada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ishtirok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etish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davri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—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Ishtirokchilarning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operatsiyalari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hisobga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olinadigan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,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shuningdek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,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ishtirokchilarga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gramStart"/>
            <w:r w:rsidRPr="00EB6D2D">
              <w:rPr>
                <w:rFonts w:asciiTheme="minorBidi" w:hAnsiTheme="minorBidi"/>
                <w:sz w:val="22"/>
              </w:rPr>
              <w:t>o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>‘</w:t>
            </w:r>
            <w:proofErr w:type="spellStart"/>
            <w:proofErr w:type="gramEnd"/>
            <w:r w:rsidRPr="00EB6D2D">
              <w:rPr>
                <w:rFonts w:asciiTheme="minorBidi" w:hAnsiTheme="minorBidi"/>
                <w:sz w:val="22"/>
              </w:rPr>
              <w:t>yinlarda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qatnashish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imkoniyatlarini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beradigan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Aksiya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r w:rsidRPr="00EB6D2D">
              <w:rPr>
                <w:rFonts w:asciiTheme="minorBidi" w:hAnsiTheme="minorBidi"/>
                <w:sz w:val="22"/>
              </w:rPr>
              <w:t>o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>‘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tkaziladigan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davr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. </w:t>
            </w:r>
            <w:proofErr w:type="gramStart"/>
            <w:r w:rsidRPr="00EB6D2D">
              <w:rPr>
                <w:rStyle w:val="af6"/>
                <w:rFonts w:asciiTheme="minorBidi" w:hAnsiTheme="minorBidi"/>
                <w:sz w:val="22"/>
              </w:rPr>
              <w:t>O</w:t>
            </w:r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>‘</w:t>
            </w:r>
            <w:proofErr w:type="spellStart"/>
            <w:proofErr w:type="gramEnd"/>
            <w:r w:rsidRPr="00EB6D2D">
              <w:rPr>
                <w:rStyle w:val="af6"/>
                <w:rFonts w:asciiTheme="minorBidi" w:hAnsiTheme="minorBidi"/>
                <w:sz w:val="22"/>
              </w:rPr>
              <w:t>yinlarni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 xml:space="preserve"> </w:t>
            </w:r>
            <w:r w:rsidRPr="00EB6D2D">
              <w:rPr>
                <w:rStyle w:val="af6"/>
                <w:rFonts w:asciiTheme="minorBidi" w:hAnsiTheme="minorBidi"/>
                <w:sz w:val="22"/>
              </w:rPr>
              <w:t>o</w:t>
            </w:r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>‘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tkazish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davri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—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Tashkilotchi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jonli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efirlarni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r w:rsidRPr="00EB6D2D">
              <w:rPr>
                <w:rFonts w:asciiTheme="minorBidi" w:hAnsiTheme="minorBidi"/>
                <w:sz w:val="22"/>
              </w:rPr>
              <w:t>o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>‘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tkazadigan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r w:rsidRPr="00EB6D2D">
              <w:rPr>
                <w:rFonts w:asciiTheme="minorBidi" w:hAnsiTheme="minorBidi"/>
                <w:sz w:val="22"/>
              </w:rPr>
              <w:t>g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>‘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oliblarni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aniqlaydigan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davr</w:t>
            </w:r>
            <w:proofErr w:type="spellEnd"/>
            <w:r w:rsidRPr="00EB6D2D">
              <w:rPr>
                <w:rFonts w:asciiTheme="minorBidi" w:hAnsiTheme="minorBidi"/>
                <w:sz w:val="22"/>
                <w:lang w:val="ru-RU"/>
              </w:rPr>
              <w:t xml:space="preserve">.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yin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sanalari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alohida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belgilanadi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Aksiyada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ishtirok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etish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davriga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kirmaydi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.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Sovrinlarni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olish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davri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—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g‘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oliblar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hujjatlarni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taqdim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etishi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sovrinlarni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olishi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mumkin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bo‘lgan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davr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603D6B3D" w14:textId="77777777" w:rsidTr="00EB6D2D">
        <w:trPr>
          <w:jc w:val="center"/>
        </w:trPr>
        <w:tc>
          <w:tcPr>
            <w:tcW w:w="1786" w:type="dxa"/>
            <w:vAlign w:val="center"/>
          </w:tcPr>
          <w:p w14:paraId="46A9CF37" w14:textId="3B617755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Bosqich</w:t>
            </w:r>
            <w:proofErr w:type="spellEnd"/>
          </w:p>
        </w:tc>
        <w:tc>
          <w:tcPr>
            <w:tcW w:w="8346" w:type="dxa"/>
            <w:vAlign w:val="center"/>
          </w:tcPr>
          <w:p w14:paraId="7B7F5DC6" w14:textId="1A984E5C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Tegishli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yin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ishtirokchilari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ro‘yxatini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shakllantirish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maqsadida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Tadbirkorning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Aylanmasi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aniqlanadigan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, </w:t>
            </w:r>
            <w:r w:rsidRPr="00EB6D2D">
              <w:rPr>
                <w:rStyle w:val="af6"/>
                <w:rFonts w:asciiTheme="minorBidi" w:hAnsiTheme="minorBidi"/>
                <w:sz w:val="22"/>
              </w:rPr>
              <w:t>7 (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yetti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)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kalendar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kunidan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iborat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hisob-kitob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davri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.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Bosqichlarning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umumiy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soni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— </w:t>
            </w:r>
            <w:r w:rsidRPr="00EB6D2D">
              <w:rPr>
                <w:rStyle w:val="af6"/>
                <w:rFonts w:asciiTheme="minorBidi" w:hAnsiTheme="minorBidi"/>
                <w:sz w:val="22"/>
              </w:rPr>
              <w:t>9 (</w:t>
            </w:r>
            <w:proofErr w:type="spellStart"/>
            <w:proofErr w:type="gramStart"/>
            <w:r w:rsidRPr="00EB6D2D">
              <w:rPr>
                <w:rStyle w:val="af6"/>
                <w:rFonts w:asciiTheme="minorBidi" w:hAnsiTheme="minorBidi"/>
                <w:sz w:val="22"/>
              </w:rPr>
              <w:t>to‘</w:t>
            </w:r>
            <w:proofErr w:type="gramEnd"/>
            <w:r w:rsidRPr="00EB6D2D">
              <w:rPr>
                <w:rStyle w:val="af6"/>
                <w:rFonts w:asciiTheme="minorBidi" w:hAnsiTheme="minorBidi"/>
                <w:sz w:val="22"/>
              </w:rPr>
              <w:t>qqizta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>)</w:t>
            </w:r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33A2B0FA" w14:textId="77777777" w:rsidTr="00EB6D2D">
        <w:trPr>
          <w:jc w:val="center"/>
        </w:trPr>
        <w:tc>
          <w:tcPr>
            <w:tcW w:w="1786" w:type="dxa"/>
            <w:vAlign w:val="center"/>
          </w:tcPr>
          <w:p w14:paraId="6A3EE106" w14:textId="6002D0B9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Rasmiy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Telegram-bot</w:t>
            </w:r>
          </w:p>
        </w:tc>
        <w:tc>
          <w:tcPr>
            <w:tcW w:w="8346" w:type="dxa"/>
            <w:vAlign w:val="center"/>
          </w:tcPr>
          <w:p w14:paraId="094B9513" w14:textId="6CBC1ED5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Tadbirkorning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xohishiga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ko‘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ra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ishtirokini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tekshirish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,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Aksiya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haqida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ma’lumot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olish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,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ishtirokchilar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g‘oliblar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ro‘yxatini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ko‘rish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,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shuningdek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,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ayrim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bildirishnomalarni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olish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uchun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foydalaniladigan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Aksiyaning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rasmiy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Telegram-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boti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r w:rsidRPr="00EB6D2D">
              <w:rPr>
                <w:rStyle w:val="af6"/>
                <w:rFonts w:asciiTheme="minorBidi" w:hAnsiTheme="minorBidi"/>
                <w:sz w:val="22"/>
              </w:rPr>
              <w:t>@HumoNestBot</w:t>
            </w:r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2853F7B6" w14:textId="77777777" w:rsidTr="00EB6D2D">
        <w:trPr>
          <w:jc w:val="center"/>
        </w:trPr>
        <w:tc>
          <w:tcPr>
            <w:tcW w:w="1786" w:type="dxa"/>
            <w:vAlign w:val="center"/>
          </w:tcPr>
          <w:p w14:paraId="110ED9E2" w14:textId="07F7BAF5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Axborot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hamkori</w:t>
            </w:r>
            <w:proofErr w:type="spellEnd"/>
          </w:p>
        </w:tc>
        <w:tc>
          <w:tcPr>
            <w:tcW w:w="8346" w:type="dxa"/>
            <w:vAlign w:val="center"/>
          </w:tcPr>
          <w:p w14:paraId="01C9732B" w14:textId="4AC93FDF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Mazkur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Oferta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shartlariga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rozilik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bildirgan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Aksiyani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mazkur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Oferta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nazarda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tutgan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tartib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shartlar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asosida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axborot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jihatidan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qo‘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llab-quvvatlashni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amalga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oshiruvchi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yuridik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shaxs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56DDD9AC" w14:textId="77777777" w:rsidTr="00EB6D2D">
        <w:trPr>
          <w:jc w:val="center"/>
        </w:trPr>
        <w:tc>
          <w:tcPr>
            <w:tcW w:w="1786" w:type="dxa"/>
            <w:vAlign w:val="center"/>
          </w:tcPr>
          <w:p w14:paraId="6EAE4399" w14:textId="25A41845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Ishtirokchilar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Style w:val="af6"/>
                <w:rFonts w:asciiTheme="minorBidi" w:hAnsiTheme="minorBidi"/>
                <w:sz w:val="22"/>
              </w:rPr>
              <w:t>ro‘</w:t>
            </w:r>
            <w:proofErr w:type="gramEnd"/>
            <w:r w:rsidRPr="00EB6D2D">
              <w:rPr>
                <w:rStyle w:val="af6"/>
                <w:rFonts w:asciiTheme="minorBidi" w:hAnsiTheme="minorBidi"/>
                <w:sz w:val="22"/>
              </w:rPr>
              <w:t>yxati</w:t>
            </w:r>
            <w:proofErr w:type="spellEnd"/>
          </w:p>
        </w:tc>
        <w:tc>
          <w:tcPr>
            <w:tcW w:w="8346" w:type="dxa"/>
            <w:vAlign w:val="center"/>
          </w:tcPr>
          <w:p w14:paraId="2E643F51" w14:textId="3BD0133A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Tashkilotchi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tomonidan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shakllantiriladigan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,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tegishli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yinda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ishtirok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etishga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ruxsat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etilgan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Ishtirokchilarning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imkoniyatlari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/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qaydlaridan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iborat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hamda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g‘oliblarni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tasodifiy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tanlashda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foydalanish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uchun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noyob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tartib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raqami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berilgan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ro‘yxat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45882B16" w14:textId="77777777" w:rsidTr="00EB6D2D">
        <w:trPr>
          <w:jc w:val="center"/>
        </w:trPr>
        <w:tc>
          <w:tcPr>
            <w:tcW w:w="1786" w:type="dxa"/>
            <w:vAlign w:val="center"/>
          </w:tcPr>
          <w:p w14:paraId="17F46DC2" w14:textId="387E68D8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proofErr w:type="gramStart"/>
            <w:r w:rsidRPr="00EB6D2D">
              <w:rPr>
                <w:rStyle w:val="af6"/>
                <w:rFonts w:asciiTheme="minorBidi" w:hAnsiTheme="minorBidi"/>
                <w:sz w:val="22"/>
              </w:rPr>
              <w:t>G‘</w:t>
            </w:r>
            <w:proofErr w:type="gramEnd"/>
            <w:r w:rsidRPr="00EB6D2D">
              <w:rPr>
                <w:rStyle w:val="af6"/>
                <w:rFonts w:asciiTheme="minorBidi" w:hAnsiTheme="minorBidi"/>
                <w:sz w:val="22"/>
              </w:rPr>
              <w:t>oliblar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ro‘yxati</w:t>
            </w:r>
            <w:proofErr w:type="spellEnd"/>
          </w:p>
        </w:tc>
        <w:tc>
          <w:tcPr>
            <w:tcW w:w="8346" w:type="dxa"/>
            <w:vAlign w:val="center"/>
          </w:tcPr>
          <w:p w14:paraId="17236FE4" w14:textId="69E84D63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Tegishli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yin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natijalariga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ko‘ra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aniqlangan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niqoblangan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ko‘rinishda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e’lon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qilinadigan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g‘oliblar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ro‘yxati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51E7214B" w14:textId="77777777" w:rsidTr="00EB6D2D">
        <w:trPr>
          <w:jc w:val="center"/>
        </w:trPr>
        <w:tc>
          <w:tcPr>
            <w:tcW w:w="1786" w:type="dxa"/>
            <w:vAlign w:val="center"/>
          </w:tcPr>
          <w:p w14:paraId="13E9B9BF" w14:textId="0FEDB09A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proofErr w:type="gramStart"/>
            <w:r w:rsidRPr="00EB6D2D">
              <w:rPr>
                <w:rStyle w:val="af6"/>
                <w:rFonts w:asciiTheme="minorBidi" w:hAnsiTheme="minorBidi"/>
                <w:sz w:val="22"/>
              </w:rPr>
              <w:lastRenderedPageBreak/>
              <w:t>O‘</w:t>
            </w:r>
            <w:proofErr w:type="gramEnd"/>
            <w:r w:rsidRPr="00EB6D2D">
              <w:rPr>
                <w:rStyle w:val="af6"/>
                <w:rFonts w:asciiTheme="minorBidi" w:hAnsiTheme="minorBidi"/>
                <w:sz w:val="22"/>
              </w:rPr>
              <w:t>yin</w:t>
            </w:r>
            <w:proofErr w:type="spellEnd"/>
          </w:p>
        </w:tc>
        <w:tc>
          <w:tcPr>
            <w:tcW w:w="8346" w:type="dxa"/>
            <w:vAlign w:val="center"/>
          </w:tcPr>
          <w:p w14:paraId="08878432" w14:textId="5B2DD300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Tashkilotchining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rasmiy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resurslarida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jonli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efirda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r w:rsidRPr="00EB6D2D">
              <w:rPr>
                <w:rStyle w:val="af6"/>
                <w:rFonts w:asciiTheme="minorBidi" w:hAnsiTheme="minorBidi"/>
                <w:sz w:val="22"/>
              </w:rPr>
              <w:t>random.org</w:t>
            </w:r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servisidan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foydalangan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holda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tasodifiy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tanlash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usuli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orqali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g‘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oliblarni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aniqlash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jarayoni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7BFAEC0A" w14:textId="77777777" w:rsidTr="00EB6D2D">
        <w:trPr>
          <w:jc w:val="center"/>
        </w:trPr>
        <w:tc>
          <w:tcPr>
            <w:tcW w:w="1786" w:type="dxa"/>
            <w:vAlign w:val="center"/>
          </w:tcPr>
          <w:p w14:paraId="2AF51DC1" w14:textId="08049E97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Komissiya</w:t>
            </w:r>
            <w:proofErr w:type="spellEnd"/>
          </w:p>
        </w:tc>
        <w:tc>
          <w:tcPr>
            <w:tcW w:w="8346" w:type="dxa"/>
            <w:vAlign w:val="center"/>
          </w:tcPr>
          <w:p w14:paraId="188330FC" w14:textId="607E6C7B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yinlarni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tayyorlash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o‘tkazishning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shaffofligini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ta’minlash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maqsadida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buyruq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/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bayonnoma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asosida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tashkil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etiladigan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Tashkilotchining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ishchi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guruhi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557E4C2C" w14:textId="77777777" w:rsidTr="00EB6D2D">
        <w:trPr>
          <w:jc w:val="center"/>
        </w:trPr>
        <w:tc>
          <w:tcPr>
            <w:tcW w:w="1786" w:type="dxa"/>
            <w:vAlign w:val="center"/>
          </w:tcPr>
          <w:p w14:paraId="643E3A2F" w14:textId="6D1499CD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proofErr w:type="gramStart"/>
            <w:r w:rsidRPr="00EB6D2D">
              <w:rPr>
                <w:rStyle w:val="af6"/>
                <w:rFonts w:asciiTheme="minorBidi" w:hAnsiTheme="minorBidi"/>
                <w:sz w:val="22"/>
              </w:rPr>
              <w:t>G‘</w:t>
            </w:r>
            <w:proofErr w:type="gramEnd"/>
            <w:r w:rsidRPr="00EB6D2D">
              <w:rPr>
                <w:rStyle w:val="af6"/>
                <w:rFonts w:asciiTheme="minorBidi" w:hAnsiTheme="minorBidi"/>
                <w:sz w:val="22"/>
              </w:rPr>
              <w:t>olib</w:t>
            </w:r>
            <w:proofErr w:type="spellEnd"/>
          </w:p>
        </w:tc>
        <w:tc>
          <w:tcPr>
            <w:tcW w:w="8346" w:type="dxa"/>
            <w:vAlign w:val="center"/>
          </w:tcPr>
          <w:p w14:paraId="424B1556" w14:textId="257FDED4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Tegishli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Aksiya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haftasidagi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yin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yakunlariga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ko‘ra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qaydi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g‘olib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sifatida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aniqlangan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Tashkilotchi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tomonidan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qo‘shimcha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tekshiruvdan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o‘tkazilgandan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so‘ng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Oferta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shartlariga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muvofiq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keladigan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Tadbirkor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2E35998D" w14:textId="77777777" w:rsidTr="00EB6D2D">
        <w:trPr>
          <w:jc w:val="center"/>
        </w:trPr>
        <w:tc>
          <w:tcPr>
            <w:tcW w:w="1786" w:type="dxa"/>
            <w:vAlign w:val="center"/>
          </w:tcPr>
          <w:p w14:paraId="693D1C35" w14:textId="3594302D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Zaxira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Style w:val="af6"/>
                <w:rFonts w:asciiTheme="minorBidi" w:hAnsiTheme="minorBidi"/>
                <w:sz w:val="22"/>
              </w:rPr>
              <w:t>g‘</w:t>
            </w:r>
            <w:proofErr w:type="gramEnd"/>
            <w:r w:rsidRPr="00EB6D2D">
              <w:rPr>
                <w:rStyle w:val="af6"/>
                <w:rFonts w:asciiTheme="minorBidi" w:hAnsiTheme="minorBidi"/>
                <w:sz w:val="22"/>
              </w:rPr>
              <w:t>olib</w:t>
            </w:r>
            <w:proofErr w:type="spellEnd"/>
          </w:p>
        </w:tc>
        <w:tc>
          <w:tcPr>
            <w:tcW w:w="8346" w:type="dxa"/>
            <w:vAlign w:val="center"/>
          </w:tcPr>
          <w:p w14:paraId="6870107E" w14:textId="04F2CA45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Mazkur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Oferta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nazarda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tutgan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holatlar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va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tartibda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asosiy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g‘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olibga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sovrinni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topshirishning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imkoni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bo‘lmagan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taqdirda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,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Aksiya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sovrinini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o‘ynash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jarayonida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aniqlanadigan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Ishtirokchi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>.</w:t>
            </w:r>
          </w:p>
        </w:tc>
      </w:tr>
      <w:tr w:rsidR="00AA170A" w:rsidRPr="002C132D" w14:paraId="6624E361" w14:textId="77777777" w:rsidTr="00EB6D2D">
        <w:trPr>
          <w:jc w:val="center"/>
        </w:trPr>
        <w:tc>
          <w:tcPr>
            <w:tcW w:w="1786" w:type="dxa"/>
            <w:vAlign w:val="center"/>
          </w:tcPr>
          <w:p w14:paraId="59507FA7" w14:textId="714673CF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b/>
                <w:sz w:val="22"/>
              </w:rPr>
            </w:pPr>
            <w:proofErr w:type="spellStart"/>
            <w:r w:rsidRPr="00EB6D2D">
              <w:rPr>
                <w:rStyle w:val="af6"/>
                <w:rFonts w:asciiTheme="minorBidi" w:hAnsiTheme="minorBidi"/>
                <w:sz w:val="22"/>
              </w:rPr>
              <w:t>Sovrin</w:t>
            </w:r>
            <w:proofErr w:type="spellEnd"/>
            <w:r w:rsidRPr="00EB6D2D">
              <w:rPr>
                <w:rStyle w:val="af6"/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Style w:val="af6"/>
                <w:rFonts w:asciiTheme="minorBidi" w:hAnsiTheme="minorBidi"/>
                <w:sz w:val="22"/>
              </w:rPr>
              <w:t>jamg‘</w:t>
            </w:r>
            <w:proofErr w:type="gramEnd"/>
            <w:r w:rsidRPr="00EB6D2D">
              <w:rPr>
                <w:rStyle w:val="af6"/>
                <w:rFonts w:asciiTheme="minorBidi" w:hAnsiTheme="minorBidi"/>
                <w:sz w:val="22"/>
              </w:rPr>
              <w:t>armasi</w:t>
            </w:r>
            <w:proofErr w:type="spellEnd"/>
          </w:p>
        </w:tc>
        <w:tc>
          <w:tcPr>
            <w:tcW w:w="8346" w:type="dxa"/>
            <w:vAlign w:val="center"/>
          </w:tcPr>
          <w:p w14:paraId="003E03D0" w14:textId="67EBB64B" w:rsidR="00AA170A" w:rsidRPr="00EB6D2D" w:rsidRDefault="00AA170A" w:rsidP="00EB6D2D">
            <w:pPr>
              <w:spacing w:after="0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 w:rsidRPr="00EB6D2D">
              <w:rPr>
                <w:rFonts w:asciiTheme="minorBidi" w:hAnsiTheme="minorBidi"/>
                <w:sz w:val="22"/>
              </w:rPr>
              <w:t>Aksiya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doirasida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hAnsiTheme="minorBidi"/>
                <w:sz w:val="22"/>
              </w:rPr>
              <w:t>o‘</w:t>
            </w:r>
            <w:proofErr w:type="gramEnd"/>
            <w:r w:rsidRPr="00EB6D2D">
              <w:rPr>
                <w:rFonts w:asciiTheme="minorBidi" w:hAnsiTheme="minorBidi"/>
                <w:sz w:val="22"/>
              </w:rPr>
              <w:t>ynaladigan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="009414F1" w:rsidRPr="003E3E30">
              <w:rPr>
                <w:rFonts w:asciiTheme="minorBidi" w:hAnsiTheme="minorBidi"/>
                <w:sz w:val="22"/>
              </w:rPr>
              <w:t>jami</w:t>
            </w:r>
            <w:proofErr w:type="spellEnd"/>
            <w:r w:rsidR="009414F1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pul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Pr="00EB6D2D">
              <w:rPr>
                <w:rFonts w:asciiTheme="minorBidi" w:hAnsiTheme="minorBidi"/>
                <w:sz w:val="22"/>
              </w:rPr>
              <w:t>mukofotlarining</w:t>
            </w:r>
            <w:proofErr w:type="spellEnd"/>
            <w:r w:rsidRPr="00EB6D2D"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 w:rsidR="009414F1">
              <w:rPr>
                <w:rFonts w:asciiTheme="minorBidi" w:hAnsiTheme="minorBidi"/>
                <w:sz w:val="22"/>
              </w:rPr>
              <w:t>summasi</w:t>
            </w:r>
            <w:proofErr w:type="spellEnd"/>
          </w:p>
        </w:tc>
      </w:tr>
    </w:tbl>
    <w:p w14:paraId="6112FF91" w14:textId="77777777" w:rsidR="00DD39E2" w:rsidRPr="00EB6D2D" w:rsidRDefault="00DD39E2" w:rsidP="00EB6D2D">
      <w:pPr>
        <w:ind w:firstLine="567"/>
        <w:jc w:val="both"/>
        <w:rPr>
          <w:rFonts w:asciiTheme="minorBidi" w:hAnsiTheme="minorBidi"/>
          <w:b/>
          <w:sz w:val="22"/>
        </w:rPr>
      </w:pPr>
    </w:p>
    <w:p w14:paraId="24FA76E3" w14:textId="77777777" w:rsidR="00AA170A" w:rsidRPr="00EB6D2D" w:rsidRDefault="00AA170A" w:rsidP="00EB6D2D">
      <w:pPr>
        <w:pStyle w:val="31"/>
        <w:jc w:val="both"/>
        <w:rPr>
          <w:rFonts w:asciiTheme="minorBidi" w:eastAsia="Times New Roman" w:hAnsiTheme="minorBidi" w:cstheme="minorBidi"/>
          <w:color w:val="auto"/>
        </w:rPr>
      </w:pPr>
      <w:r w:rsidRPr="00EB6D2D">
        <w:rPr>
          <w:rFonts w:asciiTheme="minorBidi" w:hAnsiTheme="minorBidi" w:cstheme="minorBidi"/>
          <w:color w:val="auto"/>
        </w:rPr>
        <w:t xml:space="preserve">3. AKSIYANI </w:t>
      </w:r>
      <w:proofErr w:type="gramStart"/>
      <w:r w:rsidRPr="00EB6D2D">
        <w:rPr>
          <w:rFonts w:asciiTheme="minorBidi" w:hAnsiTheme="minorBidi" w:cstheme="minorBidi"/>
          <w:color w:val="auto"/>
        </w:rPr>
        <w:t>O‘</w:t>
      </w:r>
      <w:proofErr w:type="gramEnd"/>
      <w:r w:rsidRPr="00EB6D2D">
        <w:rPr>
          <w:rFonts w:asciiTheme="minorBidi" w:hAnsiTheme="minorBidi" w:cstheme="minorBidi"/>
          <w:color w:val="auto"/>
        </w:rPr>
        <w:t>TKAZISH MUDDATLARI</w:t>
      </w:r>
    </w:p>
    <w:p w14:paraId="37AFAD3E" w14:textId="1A4BDCD0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3.1.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tkazish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: 2026-yil 14-sentyabr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00:00 dan 15-noyabr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23:59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gacha</w:t>
      </w:r>
      <w:proofErr w:type="spellEnd"/>
      <w:r w:rsidR="009414F1">
        <w:rPr>
          <w:rFonts w:asciiTheme="minorBidi" w:hAnsiTheme="minorBidi" w:cstheme="minorBidi"/>
          <w:sz w:val="22"/>
          <w:szCs w:val="22"/>
        </w:rPr>
        <w:t xml:space="preserve">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vaqt</w:t>
      </w:r>
      <w:proofErr w:type="spellEnd"/>
      <w:r w:rsidR="009414F1">
        <w:rPr>
          <w:rFonts w:asciiTheme="minorBidi" w:hAnsiTheme="minorBidi" w:cstheme="minorBidi"/>
          <w:sz w:val="22"/>
          <w:szCs w:val="22"/>
        </w:rPr>
        <w:t xml:space="preserve"> ham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kiradi</w:t>
      </w:r>
      <w:proofErr w:type="spellEnd"/>
      <w:r w:rsidR="009414F1">
        <w:rPr>
          <w:rFonts w:asciiTheme="minorBidi" w:hAnsiTheme="minorBidi" w:cstheme="minorBidi"/>
          <w:sz w:val="22"/>
          <w:szCs w:val="22"/>
        </w:rPr>
        <w:t>)</w:t>
      </w:r>
      <w:r w:rsidRPr="00EB6D2D">
        <w:rPr>
          <w:rFonts w:asciiTheme="minorBidi" w:hAnsiTheme="minorBidi" w:cstheme="minorBidi"/>
          <w:sz w:val="22"/>
          <w:szCs w:val="22"/>
        </w:rPr>
        <w:t xml:space="preserve">,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sanalar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tasdiqlanib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9960800" w14:textId="3A08C6E3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3.2.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tkazish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9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to‘qqiz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ta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Bosqichdan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iborat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Har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Bosqich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etuvchi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qo‘llaniladi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Bosqichlar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sanalari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r w:rsidR="009414F1">
        <w:rPr>
          <w:rFonts w:asciiTheme="minorBidi" w:hAnsiTheme="minorBidi" w:cstheme="minorBidi"/>
          <w:sz w:val="22"/>
          <w:szCs w:val="22"/>
        </w:rPr>
        <w:t>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9-bo‘limidagi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jadvalda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BBDD818" w14:textId="7D5B7DB0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3.3.</w:t>
      </w:r>
      <w:r w:rsidRPr="00EB6D2D">
        <w:rPr>
          <w:rFonts w:asciiTheme="minorBidi" w:hAnsiTheme="minorBidi" w:cstheme="minorBidi"/>
          <w:sz w:val="22"/>
          <w:szCs w:val="22"/>
        </w:rPr>
        <w:t xml:space="preserve"> Har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Bosqich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yakunlanganidan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so‘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beradi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mos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kelmaydigan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chiqarib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tashlaydi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ommaviy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zarur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materiallarni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tayyorlaydi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7D17E05D" w14:textId="77777777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3.4.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Bosqich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yakunlanganidan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keyingi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tayyorgarlikning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taxminiy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muddati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2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ikki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3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kunigacha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bank,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protsessing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obyektiv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sabablar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ushbu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muddatni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uzaytirishga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18075336" w14:textId="3007BF81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3.5.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jonli</w:t>
      </w:r>
      <w:proofErr w:type="spellEnd"/>
      <w:r w:rsidR="009414F1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efir</w:t>
      </w:r>
      <w:r w:rsidRPr="00EB6D2D">
        <w:rPr>
          <w:rFonts w:asciiTheme="minorBidi" w:hAnsiTheme="minorBidi" w:cstheme="minorBidi"/>
          <w:sz w:val="22"/>
          <w:szCs w:val="22"/>
        </w:rPr>
        <w:t>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sana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resurslarda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botda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@HumoNestBot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o‘tkazilishidan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1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oldin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sabab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bo‘lmasa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C10092B" w14:textId="77777777" w:rsidR="00AA170A" w:rsidRPr="00EB6D2D" w:rsidRDefault="00AA170A" w:rsidP="00EB6D2D">
      <w:pPr>
        <w:pStyle w:val="31"/>
        <w:jc w:val="both"/>
        <w:rPr>
          <w:rFonts w:asciiTheme="minorBidi" w:hAnsiTheme="minorBidi" w:cstheme="minorBidi"/>
          <w:color w:val="auto"/>
        </w:rPr>
      </w:pPr>
      <w:r w:rsidRPr="00EB6D2D">
        <w:rPr>
          <w:rFonts w:asciiTheme="minorBidi" w:hAnsiTheme="minorBidi" w:cstheme="minorBidi"/>
          <w:color w:val="auto"/>
        </w:rPr>
        <w:t>4. AKSIYA ISHTIROKCHILARI</w:t>
      </w:r>
    </w:p>
    <w:p w14:paraId="3E3CAC8F" w14:textId="77777777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4.1.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zbekiston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Respublikasi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hududida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faoliyat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yuritayotgan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nechta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yuridik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yakka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qo‘yiladi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8B4C031" w14:textId="77777777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4.2.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alohida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ro‘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yxatdan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talab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protsessing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tizimlaridagi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mustaqil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093DF444" w14:textId="77777777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4.3.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Bosqichi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davomida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profiliga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barcha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umumiy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7 000 000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so‘mdan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70 000 000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so‘mgacha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jumladan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e’tirof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8D08DBA" w14:textId="50BCE4F3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lastRenderedPageBreak/>
        <w:t>4.4.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zaro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jumladan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yutuq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to‘g‘risida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xabardor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vakillarining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telefon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qo‘ng‘iroq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natijalari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3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davomida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telefon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3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bog‘lanishga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urinish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802885">
        <w:rPr>
          <w:rFonts w:asciiTheme="minorBidi" w:hAnsiTheme="minorBidi" w:cstheme="minorBidi"/>
          <w:sz w:val="22"/>
          <w:szCs w:val="22"/>
        </w:rPr>
        <w:t>kontakt</w:t>
      </w:r>
      <w:proofErr w:type="spellEnd"/>
      <w:r w:rsidR="00802885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802885">
        <w:rPr>
          <w:rFonts w:asciiTheme="minorBidi" w:hAnsiTheme="minorBidi" w:cstheme="minorBidi"/>
          <w:sz w:val="22"/>
          <w:szCs w:val="22"/>
        </w:rPr>
        <w:t>ma’lumot</w:t>
      </w:r>
      <w:r w:rsidRPr="00EB6D2D">
        <w:rPr>
          <w:rFonts w:asciiTheme="minorBidi" w:hAnsiTheme="minorBidi" w:cstheme="minorBidi"/>
          <w:sz w:val="22"/>
          <w:szCs w:val="22"/>
        </w:rPr>
        <w:t>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emasligi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noto‘g‘riligi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dolzarbligini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yo‘qotganligi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sababli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u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bog‘lanishning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imkoni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bo‘lmasligi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xavfini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mustaqil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zimmasiga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3D9D4D0" w14:textId="77777777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4.5.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tekshiruvdan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zarur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diskvalifikatsiya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e’tirof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6C60AE7" w14:textId="77777777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4.6.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maxsus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mahsulotni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xarid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ro‘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yxatdan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badalini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harakatlarni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talab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odatiy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xo‘jalik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faoliyati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doirasida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naqdsiz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to‘lovlarni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qabul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mustasno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69D0380" w14:textId="77777777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4.7.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09C3F8F" w14:textId="77777777" w:rsidR="00AA170A" w:rsidRPr="00EB6D2D" w:rsidRDefault="00AA170A" w:rsidP="00EB6D2D">
      <w:pPr>
        <w:pStyle w:val="isselectedend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4.8.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g‘risidagi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resurslarida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joylashtirilishi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faqat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potensial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xabardor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maqsadida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753F26AA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4.9.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bajargan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Bosqichida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tkaziladigan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butun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mobaynida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necha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e’tirof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1B13D90D" w14:textId="77777777" w:rsidR="00AA170A" w:rsidRPr="00EB6D2D" w:rsidRDefault="00AA170A" w:rsidP="00EB6D2D">
      <w:pPr>
        <w:pStyle w:val="31"/>
        <w:jc w:val="both"/>
        <w:rPr>
          <w:rFonts w:asciiTheme="minorBidi" w:eastAsia="Times New Roman" w:hAnsiTheme="minorBidi" w:cstheme="minorBidi"/>
          <w:color w:val="auto"/>
        </w:rPr>
      </w:pPr>
      <w:r w:rsidRPr="00EB6D2D">
        <w:rPr>
          <w:rFonts w:asciiTheme="minorBidi" w:hAnsiTheme="minorBidi" w:cstheme="minorBidi"/>
          <w:color w:val="auto"/>
        </w:rPr>
        <w:t>5. ISHTIROK ETISHDAGI CHEKLOVLAR</w:t>
      </w:r>
    </w:p>
    <w:p w14:paraId="637A962C" w14:textId="45E33E72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5.1.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quyidagilar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yo‘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qo‘yilmaydi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: HUMO MBPM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xodimlari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xodimlari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nazorat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yuridik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yakka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shuningdek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="009414F1" w:rsidRPr="009F3ECE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="009414F1" w:rsidRPr="009F3ECE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 w:rsidRPr="009F3ECE">
        <w:rPr>
          <w:rFonts w:asciiTheme="minorBidi" w:hAnsiTheme="minorBidi" w:cstheme="minorBidi"/>
          <w:sz w:val="22"/>
          <w:szCs w:val="22"/>
        </w:rPr>
        <w:t>xodimlarining</w:t>
      </w:r>
      <w:proofErr w:type="spellEnd"/>
      <w:r w:rsidR="009414F1" w:rsidRPr="009F3ECE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Vakolatli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vakili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benefisiar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mulkdori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sifatida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etadigan</w:t>
      </w:r>
      <w:proofErr w:type="spellEnd"/>
      <w:r w:rsidR="009414F1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yaqin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qarindoshlari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turmush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o‘rtog‘i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ota-onasi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farzandlari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tug‘ishgan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aka-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uka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opa-singillari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).</w:t>
      </w:r>
    </w:p>
    <w:p w14:paraId="70DFF6A4" w14:textId="451FD82C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5.2.</w:t>
      </w:r>
      <w:r w:rsidRPr="00EB6D2D">
        <w:rPr>
          <w:rFonts w:asciiTheme="minorBidi" w:hAnsiTheme="minorBidi" w:cstheme="minorBidi"/>
          <w:sz w:val="22"/>
          <w:szCs w:val="22"/>
        </w:rPr>
        <w:t xml:space="preserve"> Agar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davomida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5.1-bandda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cheklovlarga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tushadigan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r w:rsidR="00AB0B7F">
        <w:rPr>
          <w:rFonts w:asciiTheme="minorBidi" w:hAnsiTheme="minorBidi" w:cstheme="minorBidi"/>
          <w:sz w:val="22"/>
          <w:szCs w:val="22"/>
          <w:lang w:val="uz-Latn-UZ"/>
        </w:rPr>
        <w:t>topil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Vakolatli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vakili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darhol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Marketing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PR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departamentini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xabardor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5B05D78E" w14:textId="170F9162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5.3.</w:t>
      </w:r>
      <w:r w:rsidRPr="00EB6D2D">
        <w:rPr>
          <w:rFonts w:asciiTheme="minorBidi" w:hAnsiTheme="minorBidi" w:cstheme="minorBidi"/>
          <w:sz w:val="22"/>
          <w:szCs w:val="22"/>
        </w:rPr>
        <w:t xml:space="preserve"> 5.1-bandda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cheklovlarga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tushadigan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="00AB0B7F">
        <w:rPr>
          <w:rFonts w:asciiTheme="minorBidi" w:hAnsiTheme="minorBidi" w:cstheme="minorBidi"/>
          <w:sz w:val="22"/>
          <w:szCs w:val="22"/>
        </w:rPr>
        <w:t>topil</w:t>
      </w:r>
      <w:r w:rsidRPr="00EB6D2D">
        <w:rPr>
          <w:rFonts w:asciiTheme="minorBidi" w:hAnsiTheme="minorBidi" w:cstheme="minorBidi"/>
          <w:sz w:val="22"/>
          <w:szCs w:val="22"/>
        </w:rPr>
        <w:t>ganligi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fakti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AB0B7F">
        <w:rPr>
          <w:rFonts w:asciiTheme="minorBidi" w:hAnsiTheme="minorBidi" w:cstheme="minorBidi"/>
          <w:sz w:val="22"/>
          <w:szCs w:val="22"/>
        </w:rPr>
        <w:t>saf</w:t>
      </w:r>
      <w:r w:rsidRPr="00EB6D2D">
        <w:rPr>
          <w:rFonts w:asciiTheme="minorBidi" w:hAnsiTheme="minorBidi" w:cstheme="minorBidi"/>
          <w:sz w:val="22"/>
          <w:szCs w:val="22"/>
        </w:rPr>
        <w:t>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chiqariladi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9-bo‘limida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to‘qqizinchi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jamg‘armasi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doirasida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o‘ynaladi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0A2B44AC" w14:textId="57EF75D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5.4.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quyidagilar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yo‘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qo‘yilmaydi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: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budjet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moliya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davlat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notijorat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belgilanmagan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;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; HUMO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protsessing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integratsiya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AB0B7F" w:rsidRPr="00566A75">
        <w:rPr>
          <w:rFonts w:asciiTheme="minorBidi" w:hAnsiTheme="minorBidi" w:cstheme="minorBidi"/>
          <w:sz w:val="22"/>
          <w:szCs w:val="22"/>
        </w:rPr>
        <w:t>Tadbirkorga</w:t>
      </w:r>
      <w:proofErr w:type="spellEnd"/>
      <w:r w:rsidR="00AB0B7F" w:rsidRPr="00566A75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tasdiqlanmagan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8F6250B" w14:textId="188891E6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5.5.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firibgarlik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sun’iy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mexanizmidan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suiiste’mol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xatolik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nizoli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qoidalarini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buzish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to‘g‘riligiga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ta’sir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qiluvchi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alomatlari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qo‘ymaslikka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da’vogarlar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qatoridan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chiqarishga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55F7F76E" w14:textId="7DD8C7E6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5.6.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maqomini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yutuqni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talab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uchinchi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berishga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emas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qonunchilikda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bevosita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lastRenderedPageBreak/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yozma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kelishilgan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masalan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yuridik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AB0B7F" w:rsidRPr="00F831F3">
        <w:rPr>
          <w:rFonts w:asciiTheme="minorBidi" w:hAnsiTheme="minorBidi" w:cstheme="minorBidi"/>
          <w:sz w:val="22"/>
          <w:szCs w:val="22"/>
        </w:rPr>
        <w:t>bundan</w:t>
      </w:r>
      <w:proofErr w:type="spellEnd"/>
      <w:r w:rsidR="00AB0B7F" w:rsidRPr="00F831F3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mustasno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4DC0809" w14:textId="77777777" w:rsidR="00AA170A" w:rsidRPr="00EB6D2D" w:rsidRDefault="00AA170A" w:rsidP="00EB6D2D">
      <w:pPr>
        <w:pStyle w:val="31"/>
        <w:jc w:val="both"/>
        <w:rPr>
          <w:rFonts w:asciiTheme="minorBidi" w:hAnsiTheme="minorBidi" w:cstheme="minorBidi"/>
          <w:color w:val="auto"/>
        </w:rPr>
      </w:pPr>
      <w:r w:rsidRPr="00EB6D2D">
        <w:rPr>
          <w:rFonts w:asciiTheme="minorBidi" w:hAnsiTheme="minorBidi" w:cstheme="minorBidi"/>
          <w:color w:val="auto"/>
        </w:rPr>
        <w:t>6. ISHTIROK ETISH TARTIBI VA HISOBGA OLINADIGAN OPERATSIYALAR</w:t>
      </w:r>
    </w:p>
    <w:p w14:paraId="282D0947" w14:textId="780B5121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6.1.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maqomini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davomida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tovarlar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olinadigan</w:t>
      </w:r>
      <w:proofErr w:type="spellEnd"/>
      <w:r w:rsidR="00AB0B7F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="00AB0B7F" w:rsidRPr="00903C8F">
        <w:rPr>
          <w:rFonts w:asciiTheme="minorBidi" w:hAnsiTheme="minorBidi" w:cstheme="minorBidi"/>
          <w:sz w:val="22"/>
          <w:szCs w:val="22"/>
        </w:rPr>
        <w:t>umumiy</w:t>
      </w:r>
      <w:proofErr w:type="spellEnd"/>
      <w:r w:rsidR="00AB0B7F" w:rsidRPr="00903C8F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AB0B7F" w:rsidRPr="00903C8F">
        <w:rPr>
          <w:rFonts w:asciiTheme="minorBidi" w:hAnsiTheme="minorBidi" w:cstheme="minorBidi"/>
          <w:sz w:val="22"/>
          <w:szCs w:val="22"/>
        </w:rPr>
        <w:t>Aylanmasi</w:t>
      </w:r>
      <w:proofErr w:type="spellEnd"/>
      <w:r w:rsidR="00AB0B7F" w:rsidRPr="00903C8F">
        <w:rPr>
          <w:rFonts w:asciiTheme="minorBidi" w:hAnsiTheme="minorBidi" w:cstheme="minorBidi"/>
          <w:sz w:val="22"/>
          <w:szCs w:val="22"/>
        </w:rPr>
        <w:t xml:space="preserve"> 7 000 000 (</w:t>
      </w:r>
      <w:proofErr w:type="spellStart"/>
      <w:r w:rsidR="00AB0B7F" w:rsidRPr="00903C8F">
        <w:rPr>
          <w:rFonts w:asciiTheme="minorBidi" w:hAnsiTheme="minorBidi" w:cstheme="minorBidi"/>
          <w:sz w:val="22"/>
          <w:szCs w:val="22"/>
        </w:rPr>
        <w:t>yetti</w:t>
      </w:r>
      <w:proofErr w:type="spellEnd"/>
      <w:r w:rsidR="00AB0B7F" w:rsidRPr="00903C8F">
        <w:rPr>
          <w:rFonts w:asciiTheme="minorBidi" w:hAnsiTheme="minorBidi" w:cstheme="minorBidi"/>
          <w:sz w:val="22"/>
          <w:szCs w:val="22"/>
        </w:rPr>
        <w:t xml:space="preserve"> million) </w:t>
      </w:r>
      <w:proofErr w:type="spellStart"/>
      <w:r w:rsidR="00AB0B7F" w:rsidRPr="00903C8F">
        <w:rPr>
          <w:rFonts w:asciiTheme="minorBidi" w:hAnsiTheme="minorBidi" w:cstheme="minorBidi"/>
          <w:sz w:val="22"/>
          <w:szCs w:val="22"/>
        </w:rPr>
        <w:t>so‘mdan</w:t>
      </w:r>
      <w:proofErr w:type="spellEnd"/>
      <w:r w:rsidR="00AB0B7F" w:rsidRPr="00903C8F">
        <w:rPr>
          <w:rFonts w:asciiTheme="minorBidi" w:hAnsiTheme="minorBidi" w:cstheme="minorBidi"/>
          <w:sz w:val="22"/>
          <w:szCs w:val="22"/>
        </w:rPr>
        <w:t xml:space="preserve"> 70 000 000 (</w:t>
      </w:r>
      <w:proofErr w:type="spellStart"/>
      <w:r w:rsidR="00AB0B7F" w:rsidRPr="00903C8F">
        <w:rPr>
          <w:rFonts w:asciiTheme="minorBidi" w:hAnsiTheme="minorBidi" w:cstheme="minorBidi"/>
          <w:sz w:val="22"/>
          <w:szCs w:val="22"/>
        </w:rPr>
        <w:t>yetmish</w:t>
      </w:r>
      <w:proofErr w:type="spellEnd"/>
      <w:r w:rsidR="00AB0B7F" w:rsidRPr="00903C8F">
        <w:rPr>
          <w:rFonts w:asciiTheme="minorBidi" w:hAnsiTheme="minorBidi" w:cstheme="minorBidi"/>
          <w:sz w:val="22"/>
          <w:szCs w:val="22"/>
        </w:rPr>
        <w:t xml:space="preserve"> million) </w:t>
      </w:r>
      <w:proofErr w:type="spellStart"/>
      <w:r w:rsidR="00AB0B7F" w:rsidRPr="00903C8F">
        <w:rPr>
          <w:rFonts w:asciiTheme="minorBidi" w:hAnsiTheme="minorBidi" w:cstheme="minorBidi"/>
          <w:sz w:val="22"/>
          <w:szCs w:val="22"/>
        </w:rPr>
        <w:t>so‘mgacha</w:t>
      </w:r>
      <w:proofErr w:type="spellEnd"/>
      <w:r w:rsidR="00AB0B7F">
        <w:rPr>
          <w:rFonts w:asciiTheme="minorBidi" w:hAnsiTheme="minorBidi" w:cstheme="minorBidi"/>
          <w:sz w:val="22"/>
          <w:szCs w:val="22"/>
        </w:rPr>
        <w:t xml:space="preserve"> (</w:t>
      </w:r>
      <w:proofErr w:type="spellStart"/>
      <w:r w:rsidR="00AB0B7F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="00AB0B7F">
        <w:rPr>
          <w:rFonts w:asciiTheme="minorBidi" w:hAnsiTheme="minorBidi" w:cstheme="minorBidi"/>
          <w:sz w:val="22"/>
          <w:szCs w:val="22"/>
        </w:rPr>
        <w:t xml:space="preserve"> summa ham </w:t>
      </w:r>
      <w:proofErr w:type="spellStart"/>
      <w:r w:rsidR="00AB0B7F">
        <w:rPr>
          <w:rFonts w:asciiTheme="minorBidi" w:hAnsiTheme="minorBidi" w:cstheme="minorBidi"/>
          <w:sz w:val="22"/>
          <w:szCs w:val="22"/>
        </w:rPr>
        <w:t>kiradi</w:t>
      </w:r>
      <w:proofErr w:type="spellEnd"/>
      <w:r w:rsidR="00AB0B7F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="00AB0B7F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oshirishni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ta’minlashi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lozim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2C9B19F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6.2.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Faqat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muvaffaqiyatli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HUMO, MasterCard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Visa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kartalaridan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tovarlar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xarajat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protsessing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savdo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ko‘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rsatish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korxonasida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tovar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sifatida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EB00FE1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6.3.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Bosqichidagi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tasdiqlangan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barcha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birinchi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kalendar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00:00 dan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oxirgi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kalendar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23:59:59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gacha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summasi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sifatida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735E12E3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6.4.</w:t>
      </w:r>
      <w:r w:rsidRPr="00EB6D2D">
        <w:rPr>
          <w:rFonts w:asciiTheme="minorBidi" w:hAnsiTheme="minorBidi" w:cstheme="minorBidi"/>
          <w:sz w:val="22"/>
          <w:szCs w:val="22"/>
        </w:rPr>
        <w:t xml:space="preserve">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umumiy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7 000 000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so‘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mdan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e’tirof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umumiy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70 000 000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so‘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mdan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ortiq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e’tirof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Bosqichlari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rtasida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ko‘chirilmaydi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jamlanmaydi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—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maqomi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alohida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7B077AE2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6.5.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6.1-bandda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ko‘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rsatilgan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diapazondagi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summasidan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qat’i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ko‘pi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bitta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9022A02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6.6.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protsessing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tizimlarida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sanasi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rtasida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tafovut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protsessing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ustuvor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13127CF3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6.7.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maqsadlari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protsessing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noyob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identifikatorga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noyob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Bir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identifikatorga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dublikatlar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kiritilmaydi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750312C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6.8.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g‘risidagi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yangilashda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48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qirq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sakkiz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soatgacha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kechikishni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botdagi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protsessingi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ichki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berilganidan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so‘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jumladan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tungi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paketli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rejimda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yangilanishi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A7B35FB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 xml:space="preserve">6.9. </w:t>
      </w:r>
      <w:proofErr w:type="spellStart"/>
      <w:r w:rsidRPr="00EB6D2D">
        <w:rPr>
          <w:rStyle w:val="af6"/>
          <w:rFonts w:asciiTheme="minorBidi" w:hAnsiTheme="minorBidi" w:cstheme="minorBidi"/>
          <w:sz w:val="22"/>
          <w:szCs w:val="22"/>
        </w:rPr>
        <w:t>Hisobga</w:t>
      </w:r>
      <w:proofErr w:type="spellEnd"/>
      <w:r w:rsidRPr="00EB6D2D">
        <w:rPr>
          <w:rStyle w:val="af6"/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Style w:val="af6"/>
          <w:rFonts w:asciiTheme="minorBidi" w:hAnsiTheme="minorBidi" w:cstheme="minorBidi"/>
          <w:sz w:val="22"/>
          <w:szCs w:val="22"/>
        </w:rPr>
        <w:t>olinmaydigan</w:t>
      </w:r>
      <w:proofErr w:type="spellEnd"/>
      <w:r w:rsidRPr="00EB6D2D">
        <w:rPr>
          <w:rStyle w:val="af6"/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Style w:val="af6"/>
          <w:rFonts w:asciiTheme="minorBidi" w:hAnsiTheme="minorBidi" w:cstheme="minorBidi"/>
          <w:sz w:val="22"/>
          <w:szCs w:val="22"/>
        </w:rPr>
        <w:t>operatsiyalar</w:t>
      </w:r>
      <w:proofErr w:type="spellEnd"/>
    </w:p>
    <w:p w14:paraId="13D2C596" w14:textId="78AF24D6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quyidagi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:</w:t>
      </w:r>
    </w:p>
    <w:p w14:paraId="17F2D872" w14:textId="77777777" w:rsidR="00AA170A" w:rsidRPr="00EB6D2D" w:rsidRDefault="00AA170A" w:rsidP="00EB6D2D">
      <w:pPr>
        <w:pStyle w:val="afff2"/>
        <w:numPr>
          <w:ilvl w:val="0"/>
          <w:numId w:val="12"/>
        </w:numPr>
        <w:jc w:val="both"/>
        <w:rPr>
          <w:rFonts w:asciiTheme="minorBidi" w:hAnsiTheme="minorBidi" w:cstheme="minorBidi"/>
          <w:sz w:val="22"/>
          <w:szCs w:val="22"/>
        </w:rPr>
      </w:pPr>
      <w:proofErr w:type="spellStart"/>
      <w:r w:rsidRPr="00EB6D2D">
        <w:rPr>
          <w:rFonts w:asciiTheme="minorBidi" w:hAnsiTheme="minorBidi" w:cstheme="minorBidi"/>
          <w:sz w:val="22"/>
          <w:szCs w:val="22"/>
        </w:rPr>
        <w:t>naqd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pul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mablag‘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yechib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;</w:t>
      </w:r>
    </w:p>
    <w:p w14:paraId="5A6655CB" w14:textId="77777777" w:rsidR="00AA170A" w:rsidRPr="00EB6D2D" w:rsidRDefault="00AA170A" w:rsidP="00EB6D2D">
      <w:pPr>
        <w:pStyle w:val="afff2"/>
        <w:numPr>
          <w:ilvl w:val="0"/>
          <w:numId w:val="12"/>
        </w:numPr>
        <w:jc w:val="both"/>
        <w:rPr>
          <w:rFonts w:asciiTheme="minorBidi" w:hAnsiTheme="minorBidi" w:cstheme="minorBidi"/>
          <w:sz w:val="22"/>
          <w:szCs w:val="22"/>
        </w:rPr>
      </w:pP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hisobvaraqni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elektron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hamyonlarni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ldirish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tovar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;</w:t>
      </w:r>
    </w:p>
    <w:p w14:paraId="22F6386C" w14:textId="77777777" w:rsidR="00AA170A" w:rsidRPr="00EB6D2D" w:rsidRDefault="00AA170A" w:rsidP="00EB6D2D">
      <w:pPr>
        <w:pStyle w:val="afff2"/>
        <w:numPr>
          <w:ilvl w:val="0"/>
          <w:numId w:val="12"/>
        </w:numPr>
        <w:jc w:val="both"/>
        <w:rPr>
          <w:rFonts w:asciiTheme="minorBidi" w:hAnsiTheme="minorBidi" w:cstheme="minorBidi"/>
          <w:sz w:val="22"/>
          <w:szCs w:val="22"/>
        </w:rPr>
      </w:pPr>
      <w:proofErr w:type="spellStart"/>
      <w:r w:rsidRPr="00EB6D2D">
        <w:rPr>
          <w:rFonts w:asciiTheme="minorBidi" w:hAnsiTheme="minorBidi" w:cstheme="minorBidi"/>
          <w:sz w:val="22"/>
          <w:szCs w:val="22"/>
        </w:rPr>
        <w:t>omonatlar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bank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hisobvaraqlari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yechib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to‘ldirish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);</w:t>
      </w:r>
    </w:p>
    <w:p w14:paraId="5ADF3B62" w14:textId="77777777" w:rsidR="00AA170A" w:rsidRPr="00EB6D2D" w:rsidRDefault="00AA170A" w:rsidP="00EB6D2D">
      <w:pPr>
        <w:pStyle w:val="afff2"/>
        <w:numPr>
          <w:ilvl w:val="0"/>
          <w:numId w:val="12"/>
        </w:numPr>
        <w:jc w:val="both"/>
        <w:rPr>
          <w:rFonts w:asciiTheme="minorBidi" w:hAnsiTheme="minorBidi" w:cstheme="minorBidi"/>
          <w:sz w:val="22"/>
          <w:szCs w:val="22"/>
        </w:rPr>
      </w:pPr>
      <w:proofErr w:type="spellStart"/>
      <w:r w:rsidRPr="00EB6D2D">
        <w:rPr>
          <w:rFonts w:asciiTheme="minorBidi" w:hAnsiTheme="minorBidi" w:cstheme="minorBidi"/>
          <w:sz w:val="22"/>
          <w:szCs w:val="22"/>
        </w:rPr>
        <w:t>komissiya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;</w:t>
      </w:r>
    </w:p>
    <w:p w14:paraId="40F608A0" w14:textId="77777777" w:rsidR="00AA170A" w:rsidRPr="00EB6D2D" w:rsidRDefault="00AA170A" w:rsidP="00EB6D2D">
      <w:pPr>
        <w:pStyle w:val="afff2"/>
        <w:numPr>
          <w:ilvl w:val="0"/>
          <w:numId w:val="12"/>
        </w:numPr>
        <w:jc w:val="both"/>
        <w:rPr>
          <w:rFonts w:asciiTheme="minorBidi" w:hAnsiTheme="minorBidi" w:cstheme="minorBidi"/>
          <w:sz w:val="22"/>
          <w:szCs w:val="22"/>
        </w:rPr>
      </w:pPr>
      <w:proofErr w:type="spellStart"/>
      <w:r w:rsidRPr="00EB6D2D">
        <w:rPr>
          <w:rFonts w:asciiTheme="minorBidi" w:hAnsiTheme="minorBidi" w:cstheme="minorBidi"/>
          <w:sz w:val="22"/>
          <w:szCs w:val="22"/>
        </w:rPr>
        <w:lastRenderedPageBreak/>
        <w:t>valyuta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ayirboshlash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konvertatsiya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valyutani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;</w:t>
      </w:r>
    </w:p>
    <w:p w14:paraId="39B5BCCA" w14:textId="450CAC2F" w:rsidR="00AA170A" w:rsidRPr="00EB6D2D" w:rsidRDefault="00AA170A" w:rsidP="00EB6D2D">
      <w:pPr>
        <w:pStyle w:val="afff2"/>
        <w:numPr>
          <w:ilvl w:val="0"/>
          <w:numId w:val="12"/>
        </w:numPr>
        <w:jc w:val="both"/>
        <w:rPr>
          <w:rFonts w:asciiTheme="minorBidi" w:hAnsiTheme="minorBidi" w:cstheme="minorBidi"/>
          <w:sz w:val="22"/>
          <w:szCs w:val="22"/>
        </w:rPr>
      </w:pP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qaytarishlar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qisman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qaytarishlar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="0070723E">
        <w:rPr>
          <w:rFonts w:asciiTheme="minorBidi" w:hAnsiTheme="minorBidi" w:cstheme="minorBidi"/>
          <w:sz w:val="22"/>
          <w:szCs w:val="22"/>
        </w:rPr>
        <w:t>e’tiroz</w:t>
      </w:r>
      <w:proofErr w:type="spellEnd"/>
      <w:r w:rsidR="0070723E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70723E">
        <w:rPr>
          <w:rFonts w:asciiTheme="minorBidi" w:hAnsiTheme="minorBidi" w:cstheme="minorBidi"/>
          <w:sz w:val="22"/>
          <w:szCs w:val="22"/>
        </w:rPr>
        <w:t>bildirilgan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nizoli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;</w:t>
      </w:r>
    </w:p>
    <w:p w14:paraId="0C1862FC" w14:textId="77777777" w:rsidR="00AA170A" w:rsidRPr="00EB6D2D" w:rsidRDefault="00AA170A" w:rsidP="00EB6D2D">
      <w:pPr>
        <w:pStyle w:val="afff2"/>
        <w:numPr>
          <w:ilvl w:val="0"/>
          <w:numId w:val="12"/>
        </w:numPr>
        <w:jc w:val="both"/>
        <w:rPr>
          <w:rFonts w:asciiTheme="minorBidi" w:hAnsiTheme="minorBidi" w:cstheme="minorBidi"/>
          <w:sz w:val="22"/>
          <w:szCs w:val="22"/>
        </w:rPr>
      </w:pPr>
      <w:proofErr w:type="spellStart"/>
      <w:r w:rsidRPr="00EB6D2D">
        <w:rPr>
          <w:rFonts w:asciiTheme="minorBidi" w:hAnsiTheme="minorBidi" w:cstheme="minorBidi"/>
          <w:sz w:val="22"/>
          <w:szCs w:val="22"/>
        </w:rPr>
        <w:t>xato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firibgarlik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dublikat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qoidalarini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buzgan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topilgan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;</w:t>
      </w:r>
    </w:p>
    <w:p w14:paraId="1E9A099B" w14:textId="77777777" w:rsidR="00AA170A" w:rsidRPr="00EB6D2D" w:rsidRDefault="00AA170A" w:rsidP="00EB6D2D">
      <w:pPr>
        <w:pStyle w:val="afff2"/>
        <w:numPr>
          <w:ilvl w:val="0"/>
          <w:numId w:val="12"/>
        </w:numPr>
        <w:jc w:val="both"/>
        <w:rPr>
          <w:rFonts w:asciiTheme="minorBidi" w:hAnsiTheme="minorBidi" w:cstheme="minorBidi"/>
          <w:sz w:val="22"/>
          <w:szCs w:val="22"/>
        </w:rPr>
      </w:pP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tovar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oshirilganligini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arizada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tasdiqlay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olmaydigan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166F51A8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6.10.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aksepti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g‘risidagi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materiallarini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tarqatishning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boshlanishi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qo‘shilganligini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ko‘rsatuvchi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harakatlarning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e’tirof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usul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79D9EDE2" w14:textId="77777777" w:rsidR="00AA170A" w:rsidRPr="00EB6D2D" w:rsidRDefault="00AA170A" w:rsidP="00EB6D2D">
      <w:pPr>
        <w:pStyle w:val="31"/>
        <w:jc w:val="both"/>
        <w:rPr>
          <w:rFonts w:asciiTheme="minorBidi" w:eastAsia="Times New Roman" w:hAnsiTheme="minorBidi" w:cstheme="minorBidi"/>
          <w:color w:val="auto"/>
        </w:rPr>
      </w:pPr>
      <w:r w:rsidRPr="00EB6D2D">
        <w:rPr>
          <w:rFonts w:asciiTheme="minorBidi" w:hAnsiTheme="minorBidi" w:cstheme="minorBidi"/>
          <w:color w:val="auto"/>
        </w:rPr>
        <w:t xml:space="preserve">7. AKSIYANI AXBOROT JIHATIDAN </w:t>
      </w:r>
      <w:proofErr w:type="gramStart"/>
      <w:r w:rsidRPr="00EB6D2D">
        <w:rPr>
          <w:rFonts w:asciiTheme="minorBidi" w:hAnsiTheme="minorBidi" w:cstheme="minorBidi"/>
          <w:color w:val="auto"/>
        </w:rPr>
        <w:t>QO‘</w:t>
      </w:r>
      <w:proofErr w:type="gramEnd"/>
      <w:r w:rsidRPr="00EB6D2D">
        <w:rPr>
          <w:rFonts w:asciiTheme="minorBidi" w:hAnsiTheme="minorBidi" w:cstheme="minorBidi"/>
          <w:color w:val="auto"/>
        </w:rPr>
        <w:t>LLAB-QUVVATLASH VA ISHTIROK HOLATINI TEKSHIRISH</w:t>
      </w:r>
    </w:p>
    <w:p w14:paraId="3887E04D" w14:textId="515D6EFB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7.1.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botdan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ixtiyoriy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hisoblanmaydi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g‘risida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shuningdek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r w:rsidR="0070723E">
        <w:rPr>
          <w:rFonts w:asciiTheme="minorBidi" w:hAnsiTheme="minorBidi" w:cstheme="minorBidi"/>
          <w:sz w:val="22"/>
          <w:szCs w:val="22"/>
        </w:rPr>
        <w:t xml:space="preserve">– </w:t>
      </w:r>
      <w:r w:rsidRPr="00EB6D2D">
        <w:rPr>
          <w:rFonts w:asciiTheme="minorBidi" w:hAnsiTheme="minorBidi" w:cstheme="minorBidi"/>
          <w:sz w:val="22"/>
          <w:szCs w:val="22"/>
        </w:rPr>
        <w:t xml:space="preserve">@HumoNestBotda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FB4C4B6" w14:textId="5326CA52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7.2.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botning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shaxsiylashtirilgan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funksiyalaridan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ro‘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yxatdan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vakilining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telefon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kontaktni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yuborish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martalik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OTP-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yordamida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tasdiqlash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subyekt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tanlash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nomini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yuridik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STIR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yakka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70723E" w:rsidRPr="002C132D">
        <w:rPr>
          <w:rFonts w:asciiTheme="minorBidi" w:hAnsiTheme="minorBidi" w:cstheme="minorBidi"/>
          <w:sz w:val="22"/>
          <w:szCs w:val="22"/>
        </w:rPr>
        <w:t>JSHSHIR</w:t>
      </w:r>
      <w:r w:rsidRPr="00EB6D2D">
        <w:rPr>
          <w:rFonts w:asciiTheme="minorBidi" w:hAnsiTheme="minorBidi" w:cstheme="minorBidi"/>
          <w:sz w:val="22"/>
          <w:szCs w:val="22"/>
        </w:rPr>
        <w:t>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shuningdek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bitta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Terminal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IDni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talab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4EB52AE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7.4.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Vakolatli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vakilning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telefon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faqat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identifikatsiya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g‘risidagi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bildirishnomalarni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yuborish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yutuq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bog‘lanish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2CFD1E0" w14:textId="38C7DE72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7.6.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Telegram-bot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g‘risidagi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r w:rsidR="0070723E">
        <w:rPr>
          <w:rFonts w:asciiTheme="minorBidi" w:hAnsiTheme="minorBidi" w:cstheme="minorBidi"/>
          <w:sz w:val="22"/>
          <w:szCs w:val="22"/>
        </w:rPr>
        <w:t>ld</w:t>
      </w:r>
      <w:r w:rsidRPr="00EB6D2D">
        <w:rPr>
          <w:rFonts w:asciiTheme="minorBidi" w:hAnsiTheme="minorBidi" w:cstheme="minorBidi"/>
          <w:sz w:val="22"/>
          <w:szCs w:val="22"/>
        </w:rPr>
        <w:t>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70723E" w:rsidRPr="005E7140">
        <w:rPr>
          <w:rFonts w:asciiTheme="minorBidi" w:hAnsiTheme="minorBidi" w:cstheme="minorBidi"/>
          <w:sz w:val="22"/>
          <w:szCs w:val="22"/>
        </w:rPr>
        <w:t>tekshirish</w:t>
      </w:r>
      <w:proofErr w:type="spellEnd"/>
      <w:r w:rsidR="0070723E" w:rsidRPr="005E7140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70723E" w:rsidRPr="005E7140">
        <w:rPr>
          <w:rFonts w:asciiTheme="minorBidi" w:hAnsiTheme="minorBidi" w:cstheme="minorBidi"/>
          <w:sz w:val="22"/>
          <w:szCs w:val="22"/>
        </w:rPr>
        <w:t>vaqtida</w:t>
      </w:r>
      <w:proofErr w:type="spellEnd"/>
      <w:r w:rsidR="0070723E" w:rsidRPr="005E7140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ettiradi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berilgandan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kechikishlar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bartaraf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etilgandan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so‘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yangilanishi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botda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joylashtirilgan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rnini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;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qoidalari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lendingida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Telegram-bot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interfeysidagi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qisqartirilgan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qat’i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qo‘llaniladi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9B35118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7.5.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Xavfsizlikni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ta’minlash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maqsadida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qurilma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almashtirilganda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shubhali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faollik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aniqlanganda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xavfsizligiga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ta’sir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qiluvchi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telefon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tasdiqlashni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talab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1F3AF3F1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7.6.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Telegram-bot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vaqtincha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ko‘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rsatish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rejimida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Bunday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so‘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rovni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keyinroq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takrorlash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1114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yoxud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kanallar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qo‘llab-quvvatlash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murojaat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3AD1F72" w14:textId="77777777" w:rsidR="00AA170A" w:rsidRPr="00EB6D2D" w:rsidRDefault="00AA170A" w:rsidP="00EB6D2D">
      <w:pPr>
        <w:pStyle w:val="31"/>
        <w:jc w:val="both"/>
        <w:rPr>
          <w:rFonts w:asciiTheme="minorBidi" w:hAnsiTheme="minorBidi" w:cstheme="minorBidi"/>
          <w:color w:val="auto"/>
        </w:rPr>
      </w:pPr>
      <w:r w:rsidRPr="00EB6D2D">
        <w:rPr>
          <w:rFonts w:asciiTheme="minorBidi" w:hAnsiTheme="minorBidi" w:cstheme="minorBidi"/>
          <w:color w:val="auto"/>
        </w:rPr>
        <w:t xml:space="preserve">8. HAFTA ISHTIROKCHILARI </w:t>
      </w:r>
      <w:proofErr w:type="gramStart"/>
      <w:r w:rsidRPr="00EB6D2D">
        <w:rPr>
          <w:rFonts w:asciiTheme="minorBidi" w:hAnsiTheme="minorBidi" w:cstheme="minorBidi"/>
          <w:color w:val="auto"/>
        </w:rPr>
        <w:t>RO‘</w:t>
      </w:r>
      <w:proofErr w:type="gramEnd"/>
      <w:r w:rsidRPr="00EB6D2D">
        <w:rPr>
          <w:rFonts w:asciiTheme="minorBidi" w:hAnsiTheme="minorBidi" w:cstheme="minorBidi"/>
          <w:color w:val="auto"/>
        </w:rPr>
        <w:t>YXATLARINI SHAKLLANTIRISH VA ISHTIROK HOLATINI ANIQLASH</w:t>
      </w:r>
    </w:p>
    <w:p w14:paraId="139C296A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8.1.</w:t>
      </w:r>
      <w:r w:rsidRPr="00EB6D2D">
        <w:rPr>
          <w:rFonts w:asciiTheme="minorBidi" w:hAnsiTheme="minorBidi" w:cstheme="minorBidi"/>
          <w:sz w:val="22"/>
          <w:szCs w:val="22"/>
        </w:rPr>
        <w:t xml:space="preserve"> Har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potensial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mos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dastlabki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bazasini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8ED888B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8.2.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Dastlabki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baza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nazorat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tekshiruvidan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tkazadi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mos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kelmaydigan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shuningdek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nizo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dublikat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firibgarlik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noto‘g‘rilik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alomatlari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chiqarib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tashlaydi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umumiy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Aylanmasini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7B9C2FCF" w14:textId="3EA4A25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lastRenderedPageBreak/>
        <w:t>8.3.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umumiy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7 000 000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so‘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mdan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70 000 000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so‘mgacha</w:t>
      </w:r>
      <w:proofErr w:type="spellEnd"/>
      <w:r w:rsidR="0070723E">
        <w:rPr>
          <w:rFonts w:asciiTheme="minorBidi" w:hAnsiTheme="minorBidi" w:cstheme="minorBidi"/>
          <w:sz w:val="22"/>
          <w:szCs w:val="22"/>
        </w:rPr>
        <w:t xml:space="preserve"> (</w:t>
      </w:r>
      <w:proofErr w:type="spellStart"/>
      <w:r w:rsidR="0070723E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="0070723E">
        <w:rPr>
          <w:rFonts w:asciiTheme="minorBidi" w:hAnsiTheme="minorBidi" w:cstheme="minorBidi"/>
          <w:sz w:val="22"/>
          <w:szCs w:val="22"/>
        </w:rPr>
        <w:t xml:space="preserve"> summa ham </w:t>
      </w:r>
      <w:proofErr w:type="spellStart"/>
      <w:r w:rsidR="0070723E">
        <w:rPr>
          <w:rFonts w:asciiTheme="minorBidi" w:hAnsiTheme="minorBidi" w:cstheme="minorBidi"/>
          <w:sz w:val="22"/>
          <w:szCs w:val="22"/>
        </w:rPr>
        <w:t>kiradi</w:t>
      </w:r>
      <w:proofErr w:type="spellEnd"/>
      <w:r w:rsidR="0070723E">
        <w:rPr>
          <w:rFonts w:asciiTheme="minorBidi" w:hAnsiTheme="minorBidi" w:cstheme="minorBidi"/>
          <w:sz w:val="22"/>
          <w:szCs w:val="22"/>
        </w:rPr>
        <w:t>)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maqomi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random.org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yordamida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tasodifiy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tanlashda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noyob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bitta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0AF5DD93" w14:textId="0715D70A" w:rsidR="00C442D4" w:rsidRPr="00EB6D2D" w:rsidRDefault="00AA170A" w:rsidP="00EB6D2D">
      <w:pPr>
        <w:autoSpaceDE w:val="0"/>
        <w:autoSpaceDN w:val="0"/>
        <w:adjustRightInd w:val="0"/>
        <w:spacing w:before="105" w:after="105" w:line="240" w:lineRule="auto"/>
        <w:jc w:val="both"/>
        <w:rPr>
          <w:rFonts w:asciiTheme="minorBidi" w:hAnsiTheme="minorBidi"/>
          <w:sz w:val="22"/>
        </w:rPr>
      </w:pPr>
      <w:r w:rsidRPr="00EB6D2D">
        <w:rPr>
          <w:rStyle w:val="af6"/>
          <w:rFonts w:asciiTheme="minorBidi" w:hAnsiTheme="minorBidi"/>
          <w:sz w:val="22"/>
        </w:rPr>
        <w:t>8.4.</w:t>
      </w:r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Hafta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ishtirokchilari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proofErr w:type="gramStart"/>
      <w:r w:rsidR="00C442D4" w:rsidRPr="00EB6D2D">
        <w:rPr>
          <w:rFonts w:eastAsiaTheme="minorEastAsia" w:cs="Arial"/>
          <w:sz w:val="22"/>
        </w:rPr>
        <w:t>ro‘</w:t>
      </w:r>
      <w:proofErr w:type="gramEnd"/>
      <w:r w:rsidR="00C442D4" w:rsidRPr="00EB6D2D">
        <w:rPr>
          <w:rFonts w:eastAsiaTheme="minorEastAsia" w:cs="Arial"/>
          <w:sz w:val="22"/>
        </w:rPr>
        <w:t>yxati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ommaviy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tekshirish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uchun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shakllantirilishi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mumkin</w:t>
      </w:r>
      <w:proofErr w:type="spellEnd"/>
      <w:r w:rsidR="00C442D4" w:rsidRPr="00EB6D2D">
        <w:rPr>
          <w:rFonts w:eastAsiaTheme="minorEastAsia" w:cs="Arial"/>
          <w:sz w:val="22"/>
        </w:rPr>
        <w:t xml:space="preserve">, u </w:t>
      </w:r>
      <w:proofErr w:type="spellStart"/>
      <w:r w:rsidR="00C442D4" w:rsidRPr="00EB6D2D">
        <w:rPr>
          <w:rFonts w:eastAsiaTheme="minorEastAsia" w:cs="Arial"/>
          <w:sz w:val="22"/>
        </w:rPr>
        <w:t>bir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vaqtning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o‘zida</w:t>
      </w:r>
      <w:proofErr w:type="spellEnd"/>
      <w:r w:rsidR="00C442D4" w:rsidRPr="00EB6D2D">
        <w:rPr>
          <w:rFonts w:eastAsiaTheme="minorEastAsia" w:cs="Arial"/>
          <w:sz w:val="22"/>
        </w:rPr>
        <w:t xml:space="preserve"> random.org </w:t>
      </w:r>
      <w:proofErr w:type="spellStart"/>
      <w:r w:rsidR="00C442D4" w:rsidRPr="00EB6D2D">
        <w:rPr>
          <w:rFonts w:eastAsiaTheme="minorEastAsia" w:cs="Arial"/>
          <w:sz w:val="22"/>
        </w:rPr>
        <w:t>yordamida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bosqich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g‘olibini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aniqlash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uchun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qo‘llaniladigan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raqam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sanaladigan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noyob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tartib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raqami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va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hafta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raqamini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o‘z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ichiga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oladi</w:t>
      </w:r>
      <w:proofErr w:type="spellEnd"/>
      <w:r w:rsidR="00C442D4">
        <w:rPr>
          <w:rFonts w:eastAsiaTheme="minorEastAsia" w:cs="Arial"/>
          <w:sz w:val="22"/>
        </w:rPr>
        <w:t xml:space="preserve">, </w:t>
      </w:r>
      <w:proofErr w:type="spellStart"/>
      <w:r w:rsidR="00C442D4" w:rsidRPr="00EB6D2D">
        <w:rPr>
          <w:rFonts w:eastAsiaTheme="minorEastAsia" w:cs="Arial"/>
          <w:sz w:val="22"/>
        </w:rPr>
        <w:t>shuningdek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G‘oliblarni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identifikatsiyalash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maqsadlari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va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qonunchilik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talablariga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rioya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etish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uchun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to‘liq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ichki</w:t>
      </w:r>
      <w:proofErr w:type="spellEnd"/>
      <w:r w:rsidR="00C442D4" w:rsidRPr="00EB6D2D">
        <w:rPr>
          <w:rFonts w:eastAsiaTheme="minorEastAsia" w:cs="Arial"/>
          <w:sz w:val="22"/>
        </w:rPr>
        <w:t xml:space="preserve"> </w:t>
      </w:r>
      <w:proofErr w:type="spellStart"/>
      <w:r w:rsidR="00C442D4" w:rsidRPr="00EB6D2D">
        <w:rPr>
          <w:rFonts w:eastAsiaTheme="minorEastAsia" w:cs="Arial"/>
          <w:sz w:val="22"/>
        </w:rPr>
        <w:t>ko‘rinishda</w:t>
      </w:r>
      <w:proofErr w:type="spellEnd"/>
      <w:r w:rsidR="00C442D4" w:rsidRPr="00EB6D2D">
        <w:rPr>
          <w:rFonts w:eastAsiaTheme="minorEastAsia" w:cs="Arial"/>
          <w:sz w:val="22"/>
        </w:rPr>
        <w:t xml:space="preserve"> ham </w:t>
      </w:r>
      <w:proofErr w:type="spellStart"/>
      <w:r w:rsidR="00C442D4" w:rsidRPr="00EB6D2D">
        <w:rPr>
          <w:rFonts w:eastAsiaTheme="minorEastAsia" w:cs="Arial"/>
          <w:sz w:val="22"/>
        </w:rPr>
        <w:t>shakllantiriladi</w:t>
      </w:r>
      <w:proofErr w:type="spellEnd"/>
      <w:r w:rsidR="00C442D4" w:rsidRPr="00EB6D2D">
        <w:rPr>
          <w:rFonts w:eastAsiaTheme="minorEastAsia" w:cs="Arial"/>
          <w:sz w:val="22"/>
        </w:rPr>
        <w:t xml:space="preserve">.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To‘</w:t>
      </w:r>
      <w:proofErr w:type="gramEnd"/>
      <w:r w:rsidRPr="00EB6D2D">
        <w:rPr>
          <w:rFonts w:asciiTheme="minorBidi" w:hAnsiTheme="minorBidi"/>
          <w:sz w:val="22"/>
        </w:rPr>
        <w:t>liq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ichki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ro‘yxat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ommaviy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e’lon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qilinmaydi</w:t>
      </w:r>
      <w:proofErr w:type="spellEnd"/>
      <w:r w:rsidRPr="00EB6D2D">
        <w:rPr>
          <w:rFonts w:asciiTheme="minorBidi" w:hAnsiTheme="minorBidi"/>
          <w:sz w:val="22"/>
        </w:rPr>
        <w:t>.</w:t>
      </w:r>
    </w:p>
    <w:p w14:paraId="6D8E375F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8.5.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Ommaviy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boshlanishidan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oldin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Komissiya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etayotgan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umumiy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sonini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random.orgda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foydalaniladigan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diapazonini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ro‘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yxat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oxirgi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kalendar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23:59:59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shuningdek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3.4-bandida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ro‘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yxat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tasdiqlanganidan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unga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o‘zgartirishlar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kiritilmaydi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bevosita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mustasno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03EF1FF7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8.6.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ro‘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yxati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shakllantirilganidan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tarkibiga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nizoli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xato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firibgarlik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topilgan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yoxud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mos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kelmaydigan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e’tirof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6.1-bandida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diapazonga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muvofiqligiga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ta’sir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chiqarilishi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u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natijasi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07AA024D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8.7.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ichki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ro‘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yxatlari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bayonnomalari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oid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materiallarning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ichki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qonunchilikda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muddat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davomida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saqlanishini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ta’minlaydi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02706F6" w14:textId="533367C2" w:rsidR="00AA170A" w:rsidRPr="00EB6D2D" w:rsidRDefault="00AA170A" w:rsidP="00EB6D2D">
      <w:pPr>
        <w:pStyle w:val="31"/>
        <w:jc w:val="both"/>
        <w:rPr>
          <w:rFonts w:asciiTheme="minorBidi" w:hAnsiTheme="minorBidi" w:cstheme="minorBidi"/>
          <w:color w:val="auto"/>
        </w:rPr>
      </w:pPr>
      <w:r w:rsidRPr="00EB6D2D">
        <w:rPr>
          <w:rFonts w:asciiTheme="minorBidi" w:hAnsiTheme="minorBidi" w:cstheme="minorBidi"/>
          <w:color w:val="auto"/>
        </w:rPr>
        <w:t xml:space="preserve">9. SOVRIN </w:t>
      </w:r>
      <w:proofErr w:type="gramStart"/>
      <w:r w:rsidRPr="00EB6D2D">
        <w:rPr>
          <w:rFonts w:asciiTheme="minorBidi" w:hAnsiTheme="minorBidi" w:cstheme="minorBidi"/>
          <w:color w:val="auto"/>
        </w:rPr>
        <w:t>JAMG‘</w:t>
      </w:r>
      <w:proofErr w:type="gramEnd"/>
      <w:r w:rsidRPr="00EB6D2D">
        <w:rPr>
          <w:rFonts w:asciiTheme="minorBidi" w:hAnsiTheme="minorBidi" w:cstheme="minorBidi"/>
          <w:color w:val="auto"/>
        </w:rPr>
        <w:t xml:space="preserve">ARMASI VA O‘YINLAR </w:t>
      </w:r>
      <w:r w:rsidR="00C442D4">
        <w:rPr>
          <w:rFonts w:asciiTheme="minorBidi" w:hAnsiTheme="minorBidi" w:cstheme="minorBidi"/>
          <w:color w:val="auto"/>
        </w:rPr>
        <w:t>JADVALI</w:t>
      </w:r>
    </w:p>
    <w:p w14:paraId="1442CDAF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9.1.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jamg‘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armasi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faqat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mablag‘lari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5 000 000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million)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miqdoridagi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pul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iborat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1D95C88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9.2.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doirasida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orasidan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tasodifiy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tanlash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usulida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20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yigirma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nafar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5 000 000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miqdoridagi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pul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jamg‘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armasining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maksimal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miqdori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100 000 000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million)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so‘mni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butun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— 9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to‘qqiz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ta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Bosqichi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soniga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qarab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900 000 000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to‘qqiz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million)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so‘mgacha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summani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ABFC2D1" w14:textId="54CD8D0D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9.3.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442D4">
        <w:rPr>
          <w:rFonts w:asciiTheme="minorBidi" w:hAnsiTheme="minorBidi" w:cstheme="minorBidi"/>
          <w:sz w:val="22"/>
          <w:szCs w:val="22"/>
        </w:rPr>
        <w:t>jadvali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:</w:t>
      </w:r>
    </w:p>
    <w:tbl>
      <w:tblPr>
        <w:tblStyle w:val="aff0"/>
        <w:tblW w:w="10259" w:type="dxa"/>
        <w:jc w:val="center"/>
        <w:tblLook w:val="04A0" w:firstRow="1" w:lastRow="0" w:firstColumn="1" w:lastColumn="0" w:noHBand="0" w:noVBand="1"/>
      </w:tblPr>
      <w:tblGrid>
        <w:gridCol w:w="1109"/>
        <w:gridCol w:w="3089"/>
        <w:gridCol w:w="1318"/>
        <w:gridCol w:w="4743"/>
      </w:tblGrid>
      <w:tr w:rsidR="00DD39E2" w:rsidRPr="002C132D" w14:paraId="4395B37A" w14:textId="77777777" w:rsidTr="00364A17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hideMark/>
          </w:tcPr>
          <w:p w14:paraId="1E775C13" w14:textId="0EF72D59" w:rsidR="0031726F" w:rsidRPr="00EB6D2D" w:rsidRDefault="002C132D" w:rsidP="00EB6D2D">
            <w:pPr>
              <w:spacing w:line="240" w:lineRule="auto"/>
              <w:ind w:firstLine="25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>
              <w:rPr>
                <w:rFonts w:asciiTheme="minorBidi" w:hAnsiTheme="minorBidi"/>
                <w:b/>
                <w:sz w:val="22"/>
              </w:rPr>
              <w:t>Bosqich</w:t>
            </w:r>
            <w:proofErr w:type="spellEnd"/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hideMark/>
          </w:tcPr>
          <w:p w14:paraId="6413F5AE" w14:textId="3B935EB0" w:rsidR="0031726F" w:rsidRPr="00EB6D2D" w:rsidRDefault="002C132D" w:rsidP="00EB6D2D">
            <w:pPr>
              <w:spacing w:line="240" w:lineRule="auto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>
              <w:rPr>
                <w:rFonts w:asciiTheme="minorBidi" w:hAnsiTheme="minorBidi"/>
                <w:b/>
                <w:sz w:val="22"/>
              </w:rPr>
              <w:t>Qatnashish</w:t>
            </w:r>
            <w:proofErr w:type="spellEnd"/>
            <w:r>
              <w:rPr>
                <w:rFonts w:asciiTheme="minorBidi" w:hAnsiTheme="minorBidi"/>
                <w:b/>
                <w:sz w:val="22"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  <w:sz w:val="22"/>
              </w:rPr>
              <w:t>davri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hideMark/>
          </w:tcPr>
          <w:p w14:paraId="5B5A49F8" w14:textId="1FA457FC" w:rsidR="0031726F" w:rsidRPr="00EB6D2D" w:rsidRDefault="002C132D" w:rsidP="00EB6D2D">
            <w:pPr>
              <w:spacing w:line="240" w:lineRule="auto"/>
              <w:ind w:firstLine="23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>
              <w:rPr>
                <w:rFonts w:asciiTheme="minorBidi" w:hAnsiTheme="minorBidi"/>
                <w:b/>
                <w:sz w:val="22"/>
              </w:rPr>
              <w:t>Efir</w:t>
            </w:r>
            <w:proofErr w:type="spellEnd"/>
            <w:r>
              <w:rPr>
                <w:rFonts w:asciiTheme="minorBidi" w:hAnsiTheme="minorBidi"/>
                <w:b/>
                <w:sz w:val="22"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  <w:sz w:val="22"/>
              </w:rPr>
              <w:t>sanasi</w:t>
            </w:r>
            <w:proofErr w:type="spellEnd"/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hideMark/>
          </w:tcPr>
          <w:p w14:paraId="31D49645" w14:textId="7ED03469" w:rsidR="0031726F" w:rsidRPr="00EB6D2D" w:rsidRDefault="002C132D" w:rsidP="00EB6D2D">
            <w:pPr>
              <w:spacing w:line="240" w:lineRule="auto"/>
              <w:jc w:val="both"/>
              <w:rPr>
                <w:rFonts w:asciiTheme="minorBidi" w:hAnsiTheme="minorBidi"/>
                <w:sz w:val="22"/>
              </w:rPr>
            </w:pPr>
            <w:proofErr w:type="spellStart"/>
            <w:r>
              <w:rPr>
                <w:rFonts w:asciiTheme="minorBidi" w:hAnsiTheme="minorBidi"/>
                <w:b/>
                <w:sz w:val="22"/>
              </w:rPr>
              <w:t>mukofotlar</w:t>
            </w:r>
            <w:proofErr w:type="spellEnd"/>
            <w:r>
              <w:rPr>
                <w:rFonts w:asciiTheme="minorBidi" w:hAnsiTheme="minorBidi"/>
                <w:b/>
                <w:sz w:val="22"/>
              </w:rPr>
              <w:t xml:space="preserve"> </w:t>
            </w:r>
          </w:p>
        </w:tc>
      </w:tr>
      <w:tr w:rsidR="00364A17" w:rsidRPr="002C132D" w14:paraId="76076652" w14:textId="77777777" w:rsidTr="00364A17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32410" w14:textId="1ECAB175" w:rsidR="00364A17" w:rsidRPr="00EB6D2D" w:rsidRDefault="00364A17" w:rsidP="00EB6D2D">
            <w:pPr>
              <w:spacing w:after="0" w:line="240" w:lineRule="auto"/>
              <w:ind w:hanging="117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eastAsia="Cambria" w:hAnsiTheme="minorBidi"/>
                <w:sz w:val="22"/>
              </w:rPr>
              <w:t>1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645D" w14:textId="66B08F16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  <w:lang w:val="ru-RU"/>
              </w:rPr>
            </w:pPr>
            <w:r w:rsidRPr="00EB6D2D">
              <w:rPr>
                <w:rFonts w:asciiTheme="minorBidi" w:hAnsiTheme="minorBidi"/>
                <w:sz w:val="22"/>
              </w:rPr>
              <w:t>14.09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>.2026</w:t>
            </w:r>
            <w:r w:rsidRPr="00EB6D2D">
              <w:rPr>
                <w:rFonts w:asciiTheme="minorBidi" w:hAnsiTheme="minorBidi"/>
                <w:sz w:val="22"/>
              </w:rPr>
              <w:t xml:space="preserve"> - 20.09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>.2026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AC39D" w14:textId="61828838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23.09.2026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3314" w14:textId="4D3AFD79" w:rsidR="00364A17" w:rsidRPr="00EB6D2D" w:rsidRDefault="002C132D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>
              <w:rPr>
                <w:rFonts w:asciiTheme="minorBidi" w:eastAsia="Cambria" w:hAnsiTheme="minorBidi"/>
                <w:sz w:val="22"/>
              </w:rPr>
              <w:t xml:space="preserve">20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nafar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Bidi" w:eastAsia="Cambria" w:hAnsiTheme="minorBidi"/>
                <w:sz w:val="22"/>
              </w:rPr>
              <w:t>g‘</w:t>
            </w:r>
            <w:proofErr w:type="gramEnd"/>
            <w:r>
              <w:rPr>
                <w:rFonts w:asciiTheme="minorBidi" w:eastAsia="Cambria" w:hAnsiTheme="minorBidi"/>
                <w:sz w:val="22"/>
              </w:rPr>
              <w:t>olib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× 5 000 000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so‘m</w:t>
            </w:r>
            <w:proofErr w:type="spellEnd"/>
          </w:p>
        </w:tc>
      </w:tr>
      <w:tr w:rsidR="00364A17" w:rsidRPr="002C132D" w14:paraId="11065EF2" w14:textId="77777777" w:rsidTr="00364A17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52C0" w14:textId="569EAA5E" w:rsidR="00364A17" w:rsidRPr="00EB6D2D" w:rsidRDefault="00364A17" w:rsidP="00EB6D2D">
            <w:pPr>
              <w:spacing w:after="0" w:line="240" w:lineRule="auto"/>
              <w:ind w:hanging="117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eastAsia="Cambria" w:hAnsiTheme="minorBidi"/>
                <w:sz w:val="22"/>
              </w:rPr>
              <w:t>2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4612" w14:textId="50684E55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  <w:lang w:val="ru-RU"/>
              </w:rPr>
            </w:pPr>
            <w:r w:rsidRPr="00EB6D2D">
              <w:rPr>
                <w:rFonts w:asciiTheme="minorBidi" w:hAnsiTheme="minorBidi"/>
                <w:sz w:val="22"/>
              </w:rPr>
              <w:t>21.09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>.2026</w:t>
            </w:r>
            <w:r w:rsidRPr="00EB6D2D">
              <w:rPr>
                <w:rFonts w:asciiTheme="minorBidi" w:hAnsiTheme="minorBidi"/>
                <w:sz w:val="22"/>
              </w:rPr>
              <w:t xml:space="preserve"> - 27.09</w:t>
            </w:r>
            <w:r w:rsidRPr="00EB6D2D">
              <w:rPr>
                <w:rFonts w:asciiTheme="minorBidi" w:hAnsiTheme="minorBidi"/>
                <w:sz w:val="22"/>
                <w:lang w:val="ru-RU"/>
              </w:rPr>
              <w:t>.2026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DF43" w14:textId="2AA765C1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30.09.2026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C384" w14:textId="29F352E5" w:rsidR="00364A17" w:rsidRPr="00EB6D2D" w:rsidRDefault="002C132D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>
              <w:rPr>
                <w:rFonts w:asciiTheme="minorBidi" w:eastAsia="Cambria" w:hAnsiTheme="minorBidi"/>
                <w:sz w:val="22"/>
              </w:rPr>
              <w:t xml:space="preserve">20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nafar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Bidi" w:eastAsia="Cambria" w:hAnsiTheme="minorBidi"/>
                <w:sz w:val="22"/>
              </w:rPr>
              <w:t>g‘</w:t>
            </w:r>
            <w:proofErr w:type="gramEnd"/>
            <w:r>
              <w:rPr>
                <w:rFonts w:asciiTheme="minorBidi" w:eastAsia="Cambria" w:hAnsiTheme="minorBidi"/>
                <w:sz w:val="22"/>
              </w:rPr>
              <w:t>olib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× 5 000 000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so‘m</w:t>
            </w:r>
            <w:proofErr w:type="spellEnd"/>
          </w:p>
        </w:tc>
      </w:tr>
      <w:tr w:rsidR="00364A17" w:rsidRPr="002C132D" w14:paraId="2C6038AD" w14:textId="77777777" w:rsidTr="00364A17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52209" w14:textId="6FBEC640" w:rsidR="00364A17" w:rsidRPr="00EB6D2D" w:rsidRDefault="00364A17" w:rsidP="00EB6D2D">
            <w:pPr>
              <w:spacing w:after="0" w:line="240" w:lineRule="auto"/>
              <w:ind w:hanging="117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eastAsia="Cambria" w:hAnsiTheme="minorBidi"/>
                <w:sz w:val="22"/>
              </w:rPr>
              <w:t>3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78EFB" w14:textId="0E3148BB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28.09.2026 - 04.10.2026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5B33" w14:textId="5E785E0A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07.10.2026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9216" w14:textId="69223FD5" w:rsidR="00364A17" w:rsidRPr="00EB6D2D" w:rsidRDefault="002C132D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>
              <w:rPr>
                <w:rFonts w:asciiTheme="minorBidi" w:eastAsia="Cambria" w:hAnsiTheme="minorBidi"/>
                <w:sz w:val="22"/>
              </w:rPr>
              <w:t xml:space="preserve">20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nafar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Bidi" w:eastAsia="Cambria" w:hAnsiTheme="minorBidi"/>
                <w:sz w:val="22"/>
              </w:rPr>
              <w:t>g‘</w:t>
            </w:r>
            <w:proofErr w:type="gramEnd"/>
            <w:r>
              <w:rPr>
                <w:rFonts w:asciiTheme="minorBidi" w:eastAsia="Cambria" w:hAnsiTheme="minorBidi"/>
                <w:sz w:val="22"/>
              </w:rPr>
              <w:t>olib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× 5 000 000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so‘m</w:t>
            </w:r>
            <w:proofErr w:type="spellEnd"/>
          </w:p>
        </w:tc>
      </w:tr>
      <w:tr w:rsidR="00364A17" w:rsidRPr="002C132D" w14:paraId="0025959E" w14:textId="77777777" w:rsidTr="00364A17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B00DF" w14:textId="1C050145" w:rsidR="00364A17" w:rsidRPr="00EB6D2D" w:rsidRDefault="00364A17" w:rsidP="00EB6D2D">
            <w:pPr>
              <w:spacing w:after="0" w:line="240" w:lineRule="auto"/>
              <w:ind w:hanging="117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eastAsia="Cambria" w:hAnsiTheme="minorBidi"/>
                <w:sz w:val="22"/>
              </w:rPr>
              <w:t>4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0B14" w14:textId="7FF6AD3D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05.10.2026 - 11.10.2026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9BB56" w14:textId="262979EA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14.10.2026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CFD3" w14:textId="536FE9AD" w:rsidR="00364A17" w:rsidRPr="00EB6D2D" w:rsidRDefault="002C132D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>
              <w:rPr>
                <w:rFonts w:asciiTheme="minorBidi" w:eastAsia="Cambria" w:hAnsiTheme="minorBidi"/>
                <w:sz w:val="22"/>
              </w:rPr>
              <w:t xml:space="preserve">20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nafar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Bidi" w:eastAsia="Cambria" w:hAnsiTheme="minorBidi"/>
                <w:sz w:val="22"/>
              </w:rPr>
              <w:t>g‘</w:t>
            </w:r>
            <w:proofErr w:type="gramEnd"/>
            <w:r>
              <w:rPr>
                <w:rFonts w:asciiTheme="minorBidi" w:eastAsia="Cambria" w:hAnsiTheme="minorBidi"/>
                <w:sz w:val="22"/>
              </w:rPr>
              <w:t>olib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× 5 000 000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so‘m</w:t>
            </w:r>
            <w:proofErr w:type="spellEnd"/>
          </w:p>
        </w:tc>
      </w:tr>
      <w:tr w:rsidR="00364A17" w:rsidRPr="002C132D" w14:paraId="60DE2161" w14:textId="77777777" w:rsidTr="00364A17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7835" w14:textId="4F95A66F" w:rsidR="00364A17" w:rsidRPr="00EB6D2D" w:rsidRDefault="00364A17" w:rsidP="00EB6D2D">
            <w:pPr>
              <w:spacing w:after="0" w:line="240" w:lineRule="auto"/>
              <w:ind w:hanging="117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eastAsia="Cambria" w:hAnsiTheme="minorBidi"/>
                <w:sz w:val="22"/>
              </w:rPr>
              <w:t>5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70BB" w14:textId="14DD8C0A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12.10.2026 - 18.10.2026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741FD" w14:textId="06FC0895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21.10.2026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5AFB" w14:textId="407FACF1" w:rsidR="00364A17" w:rsidRPr="00EB6D2D" w:rsidRDefault="002C132D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>
              <w:rPr>
                <w:rFonts w:asciiTheme="minorBidi" w:eastAsia="Cambria" w:hAnsiTheme="minorBidi"/>
                <w:sz w:val="22"/>
              </w:rPr>
              <w:t xml:space="preserve">20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nafar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Bidi" w:eastAsia="Cambria" w:hAnsiTheme="minorBidi"/>
                <w:sz w:val="22"/>
              </w:rPr>
              <w:t>g‘</w:t>
            </w:r>
            <w:proofErr w:type="gramEnd"/>
            <w:r>
              <w:rPr>
                <w:rFonts w:asciiTheme="minorBidi" w:eastAsia="Cambria" w:hAnsiTheme="minorBidi"/>
                <w:sz w:val="22"/>
              </w:rPr>
              <w:t>olib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× 5 000 000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so‘m</w:t>
            </w:r>
            <w:proofErr w:type="spellEnd"/>
          </w:p>
        </w:tc>
      </w:tr>
      <w:tr w:rsidR="00364A17" w:rsidRPr="002C132D" w14:paraId="30B35A14" w14:textId="77777777" w:rsidTr="00364A17">
        <w:trPr>
          <w:trHeight w:val="10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36A0B" w14:textId="27A8DA25" w:rsidR="00364A17" w:rsidRPr="00EB6D2D" w:rsidRDefault="00364A17" w:rsidP="00EB6D2D">
            <w:pPr>
              <w:spacing w:after="0" w:line="240" w:lineRule="auto"/>
              <w:ind w:hanging="117"/>
              <w:jc w:val="both"/>
              <w:rPr>
                <w:rFonts w:asciiTheme="minorBidi" w:hAnsiTheme="minorBidi"/>
                <w:sz w:val="22"/>
                <w:lang w:val="ru-RU"/>
              </w:rPr>
            </w:pPr>
            <w:r w:rsidRPr="00EB6D2D">
              <w:rPr>
                <w:rFonts w:asciiTheme="minorBidi" w:eastAsia="Cambria" w:hAnsiTheme="minorBidi"/>
                <w:sz w:val="22"/>
              </w:rPr>
              <w:t>6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7FFBD" w14:textId="73AD5097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  <w:lang w:val="ru-RU"/>
              </w:rPr>
            </w:pPr>
            <w:r w:rsidRPr="00EB6D2D">
              <w:rPr>
                <w:rFonts w:asciiTheme="minorBidi" w:hAnsiTheme="minorBidi"/>
                <w:sz w:val="22"/>
              </w:rPr>
              <w:t>19.10.2026 - 25.10.2026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F66F6" w14:textId="12A05B72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28.10.2026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AF1A" w14:textId="45F843CA" w:rsidR="00364A17" w:rsidRPr="00EB6D2D" w:rsidRDefault="002C132D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>
              <w:rPr>
                <w:rFonts w:asciiTheme="minorBidi" w:eastAsia="Cambria" w:hAnsiTheme="minorBidi"/>
                <w:sz w:val="22"/>
              </w:rPr>
              <w:t xml:space="preserve">20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nafar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Bidi" w:eastAsia="Cambria" w:hAnsiTheme="minorBidi"/>
                <w:sz w:val="22"/>
              </w:rPr>
              <w:t>g‘</w:t>
            </w:r>
            <w:proofErr w:type="gramEnd"/>
            <w:r>
              <w:rPr>
                <w:rFonts w:asciiTheme="minorBidi" w:eastAsia="Cambria" w:hAnsiTheme="minorBidi"/>
                <w:sz w:val="22"/>
              </w:rPr>
              <w:t>olib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× 5 000 000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so‘m</w:t>
            </w:r>
            <w:proofErr w:type="spellEnd"/>
          </w:p>
        </w:tc>
      </w:tr>
      <w:tr w:rsidR="00364A17" w:rsidRPr="002C132D" w14:paraId="41098224" w14:textId="77777777" w:rsidTr="00364A17">
        <w:trPr>
          <w:trHeight w:val="10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BB62" w14:textId="13C597CF" w:rsidR="00364A17" w:rsidRPr="00EB6D2D" w:rsidRDefault="00364A17" w:rsidP="00EB6D2D">
            <w:pPr>
              <w:spacing w:after="0" w:line="240" w:lineRule="auto"/>
              <w:ind w:hanging="117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eastAsia="Cambria" w:hAnsiTheme="minorBidi"/>
                <w:sz w:val="22"/>
              </w:rPr>
              <w:t>7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9057" w14:textId="5199F9E8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26.10.2026 - 01.11.2026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4F9E" w14:textId="0017980F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04.11.2026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3D89" w14:textId="6C5D6FF1" w:rsidR="00364A17" w:rsidRPr="00EB6D2D" w:rsidRDefault="002C132D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>
              <w:rPr>
                <w:rFonts w:asciiTheme="minorBidi" w:eastAsia="Cambria" w:hAnsiTheme="minorBidi"/>
                <w:sz w:val="22"/>
              </w:rPr>
              <w:t xml:space="preserve">20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nafar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Bidi" w:eastAsia="Cambria" w:hAnsiTheme="minorBidi"/>
                <w:sz w:val="22"/>
              </w:rPr>
              <w:t>g‘</w:t>
            </w:r>
            <w:proofErr w:type="gramEnd"/>
            <w:r>
              <w:rPr>
                <w:rFonts w:asciiTheme="minorBidi" w:eastAsia="Cambria" w:hAnsiTheme="minorBidi"/>
                <w:sz w:val="22"/>
              </w:rPr>
              <w:t>olib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× 5 000 000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so‘m</w:t>
            </w:r>
            <w:proofErr w:type="spellEnd"/>
          </w:p>
        </w:tc>
      </w:tr>
      <w:tr w:rsidR="00364A17" w:rsidRPr="002C132D" w14:paraId="6BC26120" w14:textId="77777777" w:rsidTr="00364A17">
        <w:trPr>
          <w:trHeight w:val="10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4EFF" w14:textId="1E5D95ED" w:rsidR="00364A17" w:rsidRPr="00EB6D2D" w:rsidRDefault="00364A17" w:rsidP="00EB6D2D">
            <w:pPr>
              <w:spacing w:after="0" w:line="240" w:lineRule="auto"/>
              <w:ind w:hanging="117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eastAsia="Cambria" w:hAnsiTheme="minorBidi"/>
                <w:sz w:val="22"/>
              </w:rPr>
              <w:t>8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38007" w14:textId="7802AA91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02.11.2026 - 08.11.2026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5BE4" w14:textId="36C302A2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11.11.2026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2161" w14:textId="09F894ED" w:rsidR="00364A17" w:rsidRPr="00EB6D2D" w:rsidRDefault="002C132D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>
              <w:rPr>
                <w:rFonts w:asciiTheme="minorBidi" w:eastAsia="Cambria" w:hAnsiTheme="minorBidi"/>
                <w:sz w:val="22"/>
              </w:rPr>
              <w:t xml:space="preserve">20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nafar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Bidi" w:eastAsia="Cambria" w:hAnsiTheme="minorBidi"/>
                <w:sz w:val="22"/>
              </w:rPr>
              <w:t>g‘</w:t>
            </w:r>
            <w:proofErr w:type="gramEnd"/>
            <w:r>
              <w:rPr>
                <w:rFonts w:asciiTheme="minorBidi" w:eastAsia="Cambria" w:hAnsiTheme="minorBidi"/>
                <w:sz w:val="22"/>
              </w:rPr>
              <w:t>olib</w:t>
            </w:r>
            <w:proofErr w:type="spellEnd"/>
            <w:r>
              <w:rPr>
                <w:rFonts w:asciiTheme="minorBidi" w:eastAsia="Cambria" w:hAnsiTheme="minorBidi"/>
                <w:sz w:val="22"/>
              </w:rPr>
              <w:t xml:space="preserve"> × 5 000 000 </w:t>
            </w:r>
            <w:proofErr w:type="spellStart"/>
            <w:r>
              <w:rPr>
                <w:rFonts w:asciiTheme="minorBidi" w:eastAsia="Cambria" w:hAnsiTheme="minorBidi"/>
                <w:sz w:val="22"/>
              </w:rPr>
              <w:t>so‘m</w:t>
            </w:r>
            <w:proofErr w:type="spellEnd"/>
          </w:p>
        </w:tc>
      </w:tr>
      <w:tr w:rsidR="00364A17" w:rsidRPr="002C132D" w14:paraId="4EF44D19" w14:textId="77777777" w:rsidTr="00364A17">
        <w:trPr>
          <w:trHeight w:val="10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05F5" w14:textId="249EEA78" w:rsidR="00364A17" w:rsidRPr="00EB6D2D" w:rsidRDefault="00364A17" w:rsidP="00EB6D2D">
            <w:pPr>
              <w:spacing w:after="0" w:line="240" w:lineRule="auto"/>
              <w:ind w:hanging="117"/>
              <w:jc w:val="both"/>
              <w:rPr>
                <w:rFonts w:asciiTheme="minorBidi" w:eastAsia="Cambria" w:hAnsiTheme="minorBidi"/>
                <w:sz w:val="22"/>
                <w:lang w:val="ru-RU"/>
              </w:rPr>
            </w:pPr>
            <w:r w:rsidRPr="00EB6D2D">
              <w:rPr>
                <w:rFonts w:asciiTheme="minorBidi" w:eastAsia="Cambria" w:hAnsiTheme="minorBidi"/>
                <w:sz w:val="22"/>
              </w:rPr>
              <w:lastRenderedPageBreak/>
              <w:t>9</w:t>
            </w:r>
          </w:p>
          <w:p w14:paraId="360D4036" w14:textId="14DC335C" w:rsidR="00364A17" w:rsidRPr="00EB6D2D" w:rsidRDefault="00364A17" w:rsidP="00EB6D2D">
            <w:pPr>
              <w:spacing w:after="0" w:line="240" w:lineRule="auto"/>
              <w:ind w:hanging="117"/>
              <w:jc w:val="both"/>
              <w:rPr>
                <w:rFonts w:asciiTheme="minorBidi" w:hAnsiTheme="minorBidi"/>
                <w:sz w:val="22"/>
                <w:lang w:val="ru-RU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2C5D" w14:textId="6C6684A1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09.11.2026 - 15.11.2026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AFF9" w14:textId="2563F8A7" w:rsidR="00364A17" w:rsidRPr="00EB6D2D" w:rsidRDefault="00364A17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hAnsiTheme="minorBidi"/>
                <w:sz w:val="22"/>
              </w:rPr>
              <w:t>18.11.2026</w:t>
            </w:r>
          </w:p>
        </w:tc>
        <w:tc>
          <w:tcPr>
            <w:tcW w:w="5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2A22C" w14:textId="164E5AB4" w:rsidR="00364A17" w:rsidRPr="00EB6D2D" w:rsidRDefault="002C132D" w:rsidP="00EB6D2D">
            <w:pPr>
              <w:spacing w:after="0" w:line="240" w:lineRule="auto"/>
              <w:jc w:val="both"/>
              <w:rPr>
                <w:rFonts w:asciiTheme="minorBidi" w:hAnsiTheme="minorBidi"/>
                <w:sz w:val="22"/>
              </w:rPr>
            </w:pPr>
            <w:r w:rsidRPr="00EB6D2D">
              <w:rPr>
                <w:rFonts w:asciiTheme="minorBidi" w:eastAsia="Cambria" w:hAnsiTheme="minorBidi"/>
                <w:sz w:val="22"/>
              </w:rPr>
              <w:t xml:space="preserve">20 </w:t>
            </w:r>
            <w:proofErr w:type="spellStart"/>
            <w:r w:rsidRPr="00EB6D2D">
              <w:rPr>
                <w:rFonts w:asciiTheme="minorBidi" w:eastAsia="Cambria" w:hAnsiTheme="minorBidi"/>
                <w:sz w:val="22"/>
              </w:rPr>
              <w:t>nafar</w:t>
            </w:r>
            <w:proofErr w:type="spellEnd"/>
            <w:r w:rsidRPr="00EB6D2D">
              <w:rPr>
                <w:rFonts w:asciiTheme="minorBidi" w:eastAsia="Cambria" w:hAnsiTheme="minorBidi"/>
                <w:sz w:val="22"/>
              </w:rPr>
              <w:t xml:space="preserve"> </w:t>
            </w:r>
            <w:proofErr w:type="spellStart"/>
            <w:proofErr w:type="gramStart"/>
            <w:r w:rsidRPr="00EB6D2D">
              <w:rPr>
                <w:rFonts w:asciiTheme="minorBidi" w:eastAsia="Cambria" w:hAnsiTheme="minorBidi"/>
                <w:sz w:val="22"/>
              </w:rPr>
              <w:t>g‘</w:t>
            </w:r>
            <w:proofErr w:type="gramEnd"/>
            <w:r w:rsidRPr="00EB6D2D">
              <w:rPr>
                <w:rFonts w:asciiTheme="minorBidi" w:eastAsia="Cambria" w:hAnsiTheme="minorBidi"/>
                <w:sz w:val="22"/>
              </w:rPr>
              <w:t>olib</w:t>
            </w:r>
            <w:proofErr w:type="spellEnd"/>
            <w:r w:rsidRPr="00EB6D2D">
              <w:rPr>
                <w:rFonts w:asciiTheme="minorBidi" w:eastAsia="Cambria" w:hAnsiTheme="minorBidi"/>
                <w:sz w:val="22"/>
              </w:rPr>
              <w:t xml:space="preserve"> × 5 000 000 </w:t>
            </w:r>
            <w:proofErr w:type="spellStart"/>
            <w:r w:rsidRPr="00EB6D2D">
              <w:rPr>
                <w:rFonts w:asciiTheme="minorBidi" w:eastAsia="Cambria" w:hAnsiTheme="minorBidi"/>
                <w:sz w:val="22"/>
              </w:rPr>
              <w:t>so‘m</w:t>
            </w:r>
            <w:proofErr w:type="spellEnd"/>
            <w:r w:rsidR="00364A17" w:rsidRPr="00EB6D2D">
              <w:rPr>
                <w:rFonts w:asciiTheme="minorBidi" w:hAnsiTheme="minorBidi"/>
                <w:sz w:val="22"/>
              </w:rPr>
              <w:t xml:space="preserve"> +</w:t>
            </w:r>
            <w:r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2"/>
              </w:rPr>
              <w:t>oldingi</w:t>
            </w:r>
            <w:proofErr w:type="spellEnd"/>
            <w:r>
              <w:rPr>
                <w:rFonts w:asciiTheme="minorBidi" w:hAnsiTheme="minorBidi"/>
                <w:sz w:val="22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2"/>
              </w:rPr>
              <w:t>haftalarning</w:t>
            </w:r>
            <w:proofErr w:type="spellEnd"/>
            <w:r>
              <w:rPr>
                <w:rFonts w:asciiTheme="minorBidi" w:hAnsiTheme="minorBidi"/>
                <w:sz w:val="22"/>
                <w:lang w:val="uz-Latn-UZ"/>
              </w:rPr>
              <w:t xml:space="preserve"> keyinga qoldirilgan (ishlatilmagan/bekor qilingan) mukofotlari, agar bo‘lsa</w:t>
            </w:r>
          </w:p>
        </w:tc>
      </w:tr>
    </w:tbl>
    <w:p w14:paraId="6B937EBD" w14:textId="77777777" w:rsidR="001603A9" w:rsidRPr="00EB6D2D" w:rsidRDefault="001603A9">
      <w:pPr>
        <w:spacing w:line="240" w:lineRule="auto"/>
        <w:ind w:firstLine="567"/>
        <w:jc w:val="both"/>
        <w:rPr>
          <w:rFonts w:asciiTheme="minorBidi" w:hAnsiTheme="minorBidi"/>
          <w:sz w:val="22"/>
        </w:rPr>
      </w:pPr>
    </w:p>
    <w:p w14:paraId="56FA3C4C" w14:textId="48B6B0CC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9.3.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442D4">
        <w:rPr>
          <w:rFonts w:asciiTheme="minorBidi" w:hAnsiTheme="minorBidi" w:cstheme="minorBidi"/>
          <w:sz w:val="22"/>
          <w:szCs w:val="22"/>
        </w:rPr>
        <w:t>Jadvalg</w:t>
      </w:r>
      <w:r w:rsidR="002C132D">
        <w:rPr>
          <w:rFonts w:asciiTheme="minorBidi" w:hAnsiTheme="minorBidi" w:cstheme="minorBidi"/>
          <w:sz w:val="22"/>
          <w:szCs w:val="22"/>
        </w:rPr>
        <w:t>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</w:t>
      </w:r>
      <w:r w:rsidR="002C132D">
        <w:rPr>
          <w:rFonts w:asciiTheme="minorBidi" w:hAnsiTheme="minorBidi" w:cstheme="minorBidi"/>
          <w:sz w:val="22"/>
          <w:szCs w:val="22"/>
        </w:rPr>
        <w:t>ik</w:t>
      </w:r>
      <w:proofErr w:type="spellEnd"/>
      <w:r w:rsidR="002C13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2C132D">
        <w:rPr>
          <w:rFonts w:asciiTheme="minorBidi" w:hAnsiTheme="minorBidi" w:cstheme="minorBidi"/>
          <w:sz w:val="22"/>
          <w:szCs w:val="22"/>
        </w:rPr>
        <w:t>kiritilishi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sanalari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resurslarida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botda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joylashtiriladi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58E8137D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9.4.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istalgan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pul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yozma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voz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kechishi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yutug‘ining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tufayli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topshirilmagan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to‘qqizinchi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jamg‘armasiga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o‘rtasida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qo‘shimcha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o‘ynaladi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Agar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qo‘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shimcha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topshirilmagan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o‘ynalmaydi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5A40811E" w14:textId="77777777" w:rsidR="00AA170A" w:rsidRPr="00EB6D2D" w:rsidRDefault="00AA170A" w:rsidP="00EB6D2D">
      <w:pPr>
        <w:pStyle w:val="31"/>
        <w:jc w:val="both"/>
        <w:rPr>
          <w:rFonts w:asciiTheme="minorBidi" w:hAnsiTheme="minorBidi" w:cstheme="minorBidi"/>
          <w:color w:val="auto"/>
        </w:rPr>
      </w:pPr>
      <w:r w:rsidRPr="00EB6D2D">
        <w:rPr>
          <w:rFonts w:asciiTheme="minorBidi" w:hAnsiTheme="minorBidi" w:cstheme="minorBidi"/>
          <w:color w:val="auto"/>
        </w:rPr>
        <w:t xml:space="preserve">10. OMMAVIY </w:t>
      </w:r>
      <w:proofErr w:type="gramStart"/>
      <w:r w:rsidRPr="00EB6D2D">
        <w:rPr>
          <w:rFonts w:asciiTheme="minorBidi" w:hAnsiTheme="minorBidi" w:cstheme="minorBidi"/>
          <w:color w:val="auto"/>
        </w:rPr>
        <w:t>O‘</w:t>
      </w:r>
      <w:proofErr w:type="gramEnd"/>
      <w:r w:rsidRPr="00EB6D2D">
        <w:rPr>
          <w:rFonts w:asciiTheme="minorBidi" w:hAnsiTheme="minorBidi" w:cstheme="minorBidi"/>
          <w:color w:val="auto"/>
        </w:rPr>
        <w:t>YINLARNI O‘TKAZISH TARTIBI</w:t>
      </w:r>
    </w:p>
    <w:p w14:paraId="77A64C83" w14:textId="2BECB641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10.1.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resurslarida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jumladan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efir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boshlanishidan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oldin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ijtimoiy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tarmoqlar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videoplatformalarda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jonli</w:t>
      </w:r>
      <w:proofErr w:type="spellEnd"/>
      <w:r w:rsidR="009414F1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efir</w:t>
      </w:r>
      <w:r w:rsidRPr="00EB6D2D">
        <w:rPr>
          <w:rFonts w:asciiTheme="minorBidi" w:hAnsiTheme="minorBidi" w:cstheme="minorBidi"/>
          <w:sz w:val="22"/>
          <w:szCs w:val="22"/>
        </w:rPr>
        <w:t>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ommaviy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tarzda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1D23E04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10.2.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20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nafar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random.org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servisidan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tasodifiy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tanlash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usulida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mos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diapazondan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9A2062E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10.3.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Efir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boshlanishidan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oldin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Komissiya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ro‘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yxatini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qo‘yilgan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umumiy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sonini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random.org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diapazonini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17D3EDAD" w14:textId="52FF16F4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10.4.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Jonli</w:t>
      </w:r>
      <w:proofErr w:type="spellEnd"/>
      <w:r w:rsidR="009414F1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efir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davomida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vakili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sonini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diapazonini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random.org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interfeysini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tasodifiy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tanlash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natijalarini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namoyish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jihatdan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imkoniyat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random.org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ekrani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tomoshabinlar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tasodifiy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generatsiya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jarayonini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tarzda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namoyish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851CCF5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10.5.</w:t>
      </w:r>
      <w:r w:rsidRPr="00EB6D2D">
        <w:rPr>
          <w:rFonts w:asciiTheme="minorBidi" w:hAnsiTheme="minorBidi" w:cstheme="minorBidi"/>
          <w:sz w:val="22"/>
          <w:szCs w:val="22"/>
        </w:rPr>
        <w:t xml:space="preserve">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bitta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doirasida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avval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tushsa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Komissiya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yangi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noyob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olingunga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qadar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darhol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generatsiya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aynan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20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nafar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noyob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aniqlanishini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ta’minlashi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53094F1" w14:textId="7C5626A4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10.6.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natijalari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tekshiruvi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yakunlangunga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qadar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dastlabki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muvofiqligini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,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, STIR/</w:t>
      </w:r>
      <w:r w:rsidR="00C442D4" w:rsidRPr="002C132D">
        <w:rPr>
          <w:rFonts w:asciiTheme="minorBidi" w:hAnsiTheme="minorBidi" w:cstheme="minorBidi"/>
          <w:sz w:val="22"/>
          <w:szCs w:val="22"/>
        </w:rPr>
        <w:t>JSHSHIR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ishonchliligini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diskvalifikatsiya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emasligini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to‘g‘riligini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3CEB566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10.7.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natijalar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tekshiruv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yakunlanganidan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so‘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11-bo‘limida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C11C758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10.8.</w:t>
      </w:r>
      <w:r w:rsidRPr="00EB6D2D">
        <w:rPr>
          <w:rFonts w:asciiTheme="minorBidi" w:hAnsiTheme="minorBidi" w:cstheme="minorBidi"/>
          <w:sz w:val="22"/>
          <w:szCs w:val="22"/>
        </w:rPr>
        <w:t xml:space="preserve"> Har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Komissiya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bayonnoma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tuzadi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Unda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efirning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sanasi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Komissiya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tarkibi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diapazoni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random.org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generatsiya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shuningdek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muhim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1196B22" w14:textId="3B54B156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lastRenderedPageBreak/>
        <w:t>10.9.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Jonli</w:t>
      </w:r>
      <w:proofErr w:type="spellEnd"/>
      <w:r w:rsidR="009414F1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efir</w:t>
      </w:r>
      <w:r w:rsidRPr="00EB6D2D">
        <w:rPr>
          <w:rFonts w:asciiTheme="minorBidi" w:hAnsiTheme="minorBidi" w:cstheme="minorBidi"/>
          <w:sz w:val="22"/>
          <w:szCs w:val="22"/>
        </w:rPr>
        <w:t>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video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yozuvi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saqlanishi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o‘tkazilishining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shaffofligini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tasdiqlash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murojaatlarini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chiqish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ichki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nazorat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maqsadlarida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72FF455" w14:textId="7A3F586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10.10.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Jonli</w:t>
      </w:r>
      <w:proofErr w:type="spellEnd"/>
      <w:r w:rsidR="009414F1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9414F1">
        <w:rPr>
          <w:rFonts w:asciiTheme="minorBidi" w:hAnsiTheme="minorBidi" w:cstheme="minorBidi"/>
          <w:sz w:val="22"/>
          <w:szCs w:val="22"/>
        </w:rPr>
        <w:t>efir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davomida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translyatsiyaning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uzilishi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random.org</w:t>
      </w:r>
      <w:r w:rsidR="00C442D4">
        <w:rPr>
          <w:rFonts w:asciiTheme="minorBidi" w:hAnsiTheme="minorBidi" w:cstheme="minorBidi"/>
          <w:sz w:val="22"/>
          <w:szCs w:val="22"/>
        </w:rPr>
        <w:t>’</w:t>
      </w:r>
      <w:r w:rsidRPr="00EB6D2D">
        <w:rPr>
          <w:rFonts w:asciiTheme="minorBidi" w:hAnsiTheme="minorBidi" w:cstheme="minorBidi"/>
          <w:sz w:val="22"/>
          <w:szCs w:val="22"/>
        </w:rPr>
        <w:t>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ishlamasligi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internet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aloqasidagi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uzilish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hodisani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ichiga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nosozlik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yuzaga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Komissiya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qismi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to‘xtatib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ko‘chirish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75BD39D1" w14:textId="02982C44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10.11.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random.org</w:t>
      </w:r>
      <w:r w:rsidR="00C442D4">
        <w:rPr>
          <w:rFonts w:asciiTheme="minorBidi" w:hAnsiTheme="minorBidi" w:cstheme="minorBidi"/>
          <w:sz w:val="22"/>
          <w:szCs w:val="22"/>
        </w:rPr>
        <w:t>’ga</w:t>
      </w:r>
      <w:proofErr w:type="spellEnd"/>
      <w:r w:rsidR="00C442D4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442D4">
        <w:rPr>
          <w:rFonts w:asciiTheme="minorBidi" w:hAnsiTheme="minorBidi" w:cstheme="minorBidi"/>
          <w:sz w:val="22"/>
          <w:szCs w:val="22"/>
        </w:rPr>
        <w:t>ulanib</w:t>
      </w:r>
      <w:proofErr w:type="spellEnd"/>
      <w:r w:rsidR="00C442D4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="00C442D4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="00C442D4">
        <w:rPr>
          <w:rFonts w:asciiTheme="minorBidi" w:hAnsiTheme="minorBidi" w:cstheme="minorBidi"/>
          <w:sz w:val="22"/>
          <w:szCs w:val="22"/>
        </w:rPr>
        <w:t>lmaganda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sanaga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ko‘chirishga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shaffoflik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darajasi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unga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ommaviy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tasodifiy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generatoridan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qaror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Komissiya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bayonnomasida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resurslarda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B8DF1E8" w14:textId="77777777" w:rsidR="00AA170A" w:rsidRPr="00EB6D2D" w:rsidRDefault="00AA170A" w:rsidP="00EB6D2D">
      <w:pPr>
        <w:pStyle w:val="31"/>
        <w:jc w:val="both"/>
        <w:rPr>
          <w:rFonts w:asciiTheme="minorBidi" w:eastAsia="Times New Roman" w:hAnsiTheme="minorBidi" w:cstheme="minorBidi"/>
          <w:color w:val="auto"/>
        </w:rPr>
      </w:pPr>
      <w:r w:rsidRPr="00EB6D2D">
        <w:rPr>
          <w:rFonts w:asciiTheme="minorBidi" w:hAnsiTheme="minorBidi" w:cstheme="minorBidi"/>
          <w:color w:val="auto"/>
        </w:rPr>
        <w:t xml:space="preserve">11. </w:t>
      </w:r>
      <w:proofErr w:type="gramStart"/>
      <w:r w:rsidRPr="00EB6D2D">
        <w:rPr>
          <w:rFonts w:asciiTheme="minorBidi" w:hAnsiTheme="minorBidi" w:cstheme="minorBidi"/>
          <w:color w:val="auto"/>
        </w:rPr>
        <w:t>G‘</w:t>
      </w:r>
      <w:proofErr w:type="gramEnd"/>
      <w:r w:rsidRPr="00EB6D2D">
        <w:rPr>
          <w:rFonts w:asciiTheme="minorBidi" w:hAnsiTheme="minorBidi" w:cstheme="minorBidi"/>
          <w:color w:val="auto"/>
        </w:rPr>
        <w:t>OLIBLARNI ANIQLASH, XABARDOR QILISH VA E’LON QILISH</w:t>
      </w:r>
    </w:p>
    <w:p w14:paraId="3F864319" w14:textId="13100DD6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11.1.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davomida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e’tirof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="00C442D4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="00C442D4">
        <w:rPr>
          <w:rFonts w:asciiTheme="minorBidi" w:hAnsiTheme="minorBidi" w:cstheme="minorBidi"/>
          <w:sz w:val="22"/>
          <w:szCs w:val="22"/>
        </w:rPr>
        <w:t>bunda</w:t>
      </w:r>
      <w:proofErr w:type="spellEnd"/>
      <w:r w:rsidR="00C442D4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442D4" w:rsidRPr="00903C8F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="00C442D4" w:rsidRPr="00903C8F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442D4" w:rsidRPr="00903C8F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="00C442D4" w:rsidRPr="00903C8F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442D4" w:rsidRPr="00903C8F">
        <w:rPr>
          <w:rFonts w:asciiTheme="minorBidi" w:hAnsiTheme="minorBidi" w:cstheme="minorBidi"/>
          <w:sz w:val="22"/>
          <w:szCs w:val="22"/>
        </w:rPr>
        <w:t>talablariga</w:t>
      </w:r>
      <w:proofErr w:type="spellEnd"/>
      <w:r w:rsidR="00C442D4" w:rsidRPr="00903C8F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442D4" w:rsidRPr="00903C8F">
        <w:rPr>
          <w:rFonts w:asciiTheme="minorBidi" w:hAnsiTheme="minorBidi" w:cstheme="minorBidi"/>
          <w:sz w:val="22"/>
          <w:szCs w:val="22"/>
        </w:rPr>
        <w:t>to‘liq</w:t>
      </w:r>
      <w:proofErr w:type="spellEnd"/>
      <w:r w:rsidR="00C442D4" w:rsidRPr="00903C8F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442D4" w:rsidRPr="00903C8F">
        <w:rPr>
          <w:rFonts w:asciiTheme="minorBidi" w:hAnsiTheme="minorBidi" w:cstheme="minorBidi"/>
          <w:sz w:val="22"/>
          <w:szCs w:val="22"/>
        </w:rPr>
        <w:t>muvofiq</w:t>
      </w:r>
      <w:proofErr w:type="spellEnd"/>
      <w:r w:rsidR="00C442D4" w:rsidRPr="00903C8F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442D4" w:rsidRPr="00903C8F">
        <w:rPr>
          <w:rFonts w:asciiTheme="minorBidi" w:hAnsiTheme="minorBidi" w:cstheme="minorBidi"/>
          <w:sz w:val="22"/>
          <w:szCs w:val="22"/>
        </w:rPr>
        <w:t>bo‘l</w:t>
      </w:r>
      <w:r w:rsidR="00C442D4">
        <w:rPr>
          <w:rFonts w:asciiTheme="minorBidi" w:hAnsiTheme="minorBidi" w:cstheme="minorBidi"/>
          <w:sz w:val="22"/>
          <w:szCs w:val="22"/>
        </w:rPr>
        <w:t>ishi</w:t>
      </w:r>
      <w:proofErr w:type="spellEnd"/>
      <w:r w:rsidR="00C442D4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442D4">
        <w:rPr>
          <w:rFonts w:asciiTheme="minorBidi" w:hAnsiTheme="minorBidi" w:cstheme="minorBidi"/>
          <w:sz w:val="22"/>
          <w:szCs w:val="22"/>
        </w:rPr>
        <w:t>lozim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1CC8ECA0" w14:textId="57E5EF1D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11.2.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qo‘shimcha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jumladan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,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, STIR/</w:t>
      </w:r>
      <w:proofErr w:type="spellStart"/>
      <w:r w:rsidR="00D63277" w:rsidRPr="002C132D">
        <w:rPr>
          <w:rFonts w:asciiTheme="minorBidi" w:hAnsiTheme="minorBidi" w:cstheme="minorBidi"/>
          <w:sz w:val="22"/>
          <w:szCs w:val="22"/>
        </w:rPr>
        <w:t>JSHSHIR</w:t>
      </w:r>
      <w:r w:rsidRPr="00EB6D2D">
        <w:rPr>
          <w:rFonts w:asciiTheme="minorBidi" w:hAnsiTheme="minorBidi" w:cstheme="minorBidi"/>
          <w:sz w:val="22"/>
          <w:szCs w:val="22"/>
        </w:rPr>
        <w:t>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cheklovlarning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emasligini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firibgarlik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sun’iy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alomatlarining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emasligini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r w:rsidR="00C55BB5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55BB5">
        <w:rPr>
          <w:rFonts w:asciiTheme="minorBidi" w:hAnsiTheme="minorBidi" w:cstheme="minorBidi"/>
          <w:sz w:val="22"/>
          <w:szCs w:val="22"/>
        </w:rPr>
        <w:t>o‘rgan</w:t>
      </w:r>
      <w:r w:rsidRPr="00EB6D2D">
        <w:rPr>
          <w:rFonts w:asciiTheme="minorBidi" w:hAnsiTheme="minorBidi" w:cstheme="minorBidi"/>
          <w:sz w:val="22"/>
          <w:szCs w:val="22"/>
        </w:rPr>
        <w:t>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32A8818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11.3.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xabardor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vakillarining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telefon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3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davomida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3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qo‘ng‘iroq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tashqari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Telegram-bot, SMS, push-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bildirishnomalar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vositalaridan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71B3F5FB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11.4.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boshlab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30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o‘ttiz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kalendar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davomida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bog‘lana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zarur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yoxud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voz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kechgan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yutuq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e’tirof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9.4-bandida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to‘qqizinchi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jamg‘armasiga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1FF0824A" w14:textId="7D0C4E66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11.5.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shaffoflikni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ta’minlash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maqsadida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unda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STIR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r w:rsidR="00C55BB5" w:rsidRPr="002C132D">
        <w:rPr>
          <w:rFonts w:asciiTheme="minorBidi" w:hAnsiTheme="minorBidi" w:cstheme="minorBidi"/>
          <w:sz w:val="22"/>
          <w:szCs w:val="22"/>
        </w:rPr>
        <w:t>JSHSHI</w:t>
      </w:r>
      <w:r w:rsidRPr="00EB6D2D">
        <w:rPr>
          <w:rFonts w:asciiTheme="minorBidi" w:hAnsiTheme="minorBidi" w:cstheme="minorBidi"/>
          <w:sz w:val="22"/>
          <w:szCs w:val="22"/>
        </w:rPr>
        <w:t xml:space="preserve">R,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sanasi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summasi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shaxssizlantirilgan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telefon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bank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rekvizitlari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maxfiy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faqat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identifikatsiya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talablarini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bajarish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maqsadlarida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8C31E22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11.6.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botning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bo‘limidan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shuningdek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lendingida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resurslarda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shaxssizlantirilgan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ro‘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yxatlarni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joylashtirishga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067E29C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11.7.</w:t>
      </w:r>
      <w:r w:rsidRPr="00EB6D2D">
        <w:rPr>
          <w:rFonts w:asciiTheme="minorBidi" w:hAnsiTheme="minorBidi" w:cstheme="minorBidi"/>
          <w:sz w:val="22"/>
          <w:szCs w:val="22"/>
        </w:rPr>
        <w:t xml:space="preserve">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biroq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bog‘lanilmagan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Vakolatli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vakili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birinchi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boshlab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30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kalendar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ichida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1114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hyperlink r:id="rId8" w:history="1">
        <w:r w:rsidRPr="00EB6D2D">
          <w:rPr>
            <w:rStyle w:val="aff8"/>
            <w:rFonts w:asciiTheme="minorBidi" w:hAnsiTheme="minorBidi" w:cstheme="minorBidi"/>
            <w:sz w:val="22"/>
            <w:szCs w:val="22"/>
          </w:rPr>
          <w:t>humo_promo@nmpc.uz</w:t>
        </w:r>
      </w:hyperlink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elektron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pochta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manziliga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Toshkent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shahri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Maxtumquli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ko‘chasi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178/1-uy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manzilidagi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ofisiga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mustaqil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murojaat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C6D2F7F" w14:textId="77777777" w:rsidR="00AA170A" w:rsidRPr="00EB6D2D" w:rsidRDefault="00AA170A" w:rsidP="00EB6D2D">
      <w:pPr>
        <w:pStyle w:val="31"/>
        <w:jc w:val="both"/>
        <w:rPr>
          <w:rFonts w:asciiTheme="minorBidi" w:hAnsiTheme="minorBidi" w:cstheme="minorBidi"/>
          <w:color w:val="auto"/>
        </w:rPr>
      </w:pPr>
      <w:r w:rsidRPr="00EB6D2D">
        <w:rPr>
          <w:rFonts w:asciiTheme="minorBidi" w:hAnsiTheme="minorBidi" w:cstheme="minorBidi"/>
          <w:color w:val="auto"/>
        </w:rPr>
        <w:lastRenderedPageBreak/>
        <w:t>12. HUJJATLARNI TAQDIM ETISH VA SOVRINLARNI OLISH TARTIBI</w:t>
      </w:r>
    </w:p>
    <w:p w14:paraId="13C3F727" w14:textId="5C28979D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12.1.</w:t>
      </w:r>
      <w:r w:rsidRPr="00EB6D2D">
        <w:rPr>
          <w:rFonts w:asciiTheme="minorBidi" w:hAnsiTheme="minorBidi" w:cstheme="minorBidi"/>
          <w:sz w:val="22"/>
          <w:szCs w:val="22"/>
        </w:rPr>
        <w:t xml:space="preserve"> Pul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boshlab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30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kalendar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kechiktirmagan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elektron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platformasi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yozma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rozilik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yuborishi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rozilikda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tanishganligini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ommaviy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aksept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qilganligini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pul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bank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hisobvarag‘iga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roziligini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tasdiqlaydi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Xatda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STIR,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yakka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qo‘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shimcha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r w:rsidR="002C132D" w:rsidRPr="002C132D">
        <w:rPr>
          <w:rFonts w:asciiTheme="minorBidi" w:hAnsiTheme="minorBidi" w:cstheme="minorBidi"/>
          <w:sz w:val="22"/>
          <w:szCs w:val="22"/>
        </w:rPr>
        <w:t>JSHSHIR</w:t>
      </w:r>
      <w:r w:rsidRPr="00EB6D2D">
        <w:rPr>
          <w:rFonts w:asciiTheme="minorBidi" w:hAnsiTheme="minorBidi" w:cstheme="minorBidi"/>
          <w:sz w:val="22"/>
          <w:szCs w:val="22"/>
        </w:rPr>
        <w:t xml:space="preserve">, Terminal ID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hisob-kitob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bank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hisobvarag‘ining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bank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rekvizitlari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Yuridik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nomidan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rahbar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vakolatli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yakka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nomidan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yakka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Vakolatli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vakili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imzolanadi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imzolovchining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vakolatlarini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tasdiqlash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identifikatsiya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to‘lovni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zarur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so‘rashga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5FED48BD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12.2.</w:t>
      </w:r>
      <w:r w:rsidRPr="00EB6D2D">
        <w:rPr>
          <w:rFonts w:asciiTheme="minorBidi" w:hAnsiTheme="minorBidi" w:cstheme="minorBidi"/>
          <w:sz w:val="22"/>
          <w:szCs w:val="22"/>
        </w:rPr>
        <w:t xml:space="preserve"> Pul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12.1-bandida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zarur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tekshirilganidan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so‘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15 (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)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ichida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hisob-kitob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bank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hisobvarag‘iga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D0C75FE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12.3.</w:t>
      </w:r>
      <w:r w:rsidRPr="00EB6D2D">
        <w:rPr>
          <w:rFonts w:asciiTheme="minorBidi" w:hAnsiTheme="minorBidi" w:cstheme="minorBidi"/>
          <w:sz w:val="22"/>
          <w:szCs w:val="22"/>
        </w:rPr>
        <w:t xml:space="preserve"> Agar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ishonchsiz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bosh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tortgan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identifikatsiyadan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yutuqni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;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9.4-bandida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jamg‘armasiga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52176A5D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12.5.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tayyorlash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qo‘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llab-quvvatlash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murojaat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xarajatlarini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qo‘shimcha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xarajatlarini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qoplamaydi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7584A80" w14:textId="77777777" w:rsidR="00AA170A" w:rsidRPr="00EB6D2D" w:rsidRDefault="00AA170A" w:rsidP="00EB6D2D">
      <w:pPr>
        <w:pStyle w:val="31"/>
        <w:jc w:val="both"/>
        <w:rPr>
          <w:rFonts w:asciiTheme="minorBidi" w:hAnsiTheme="minorBidi" w:cstheme="minorBidi"/>
          <w:color w:val="auto"/>
        </w:rPr>
      </w:pPr>
      <w:r w:rsidRPr="00EB6D2D">
        <w:rPr>
          <w:rFonts w:asciiTheme="minorBidi" w:hAnsiTheme="minorBidi" w:cstheme="minorBidi"/>
          <w:color w:val="auto"/>
        </w:rPr>
        <w:t>13. SOLIQQA TORTISH</w:t>
      </w:r>
    </w:p>
    <w:p w14:paraId="412EECBD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13.1.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doirasidagi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pul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faoliyatini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oshiruvchi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yuridik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yakka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Shu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sababli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oluvchi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daromadi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tarkibida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O‘zbekiston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Respublikasi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qonunchiligiga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muvofiq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nisbatan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qo‘llaniladigan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soliqqa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tortish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rejimiga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muvofiq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soliqqa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tortiladi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03CD924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13.2.</w:t>
      </w:r>
      <w:r w:rsidRPr="00EB6D2D">
        <w:rPr>
          <w:rFonts w:asciiTheme="minorBidi" w:hAnsiTheme="minorBidi" w:cstheme="minorBidi"/>
          <w:sz w:val="22"/>
          <w:szCs w:val="22"/>
        </w:rPr>
        <w:t xml:space="preserve">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qonunchilikda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belgilanmagan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yuridik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yakka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soliqlar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agenti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hisoblanmaydi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buxgalteriya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mustaqil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ettiradi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majburiyatlarini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bajaradi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796302AE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13.3.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so‘roviga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zarur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jumladan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summasi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sanasi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to‘g‘risidagi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ma’lumotnomani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66ACDC9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13.4.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masalalari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maslahat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hisoblanmaydi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buxgalteri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maslahatchisi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mustaqil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aniqlashtirishni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tavsiya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D5BDB2C" w14:textId="77777777" w:rsidR="00AA170A" w:rsidRPr="00EB6D2D" w:rsidRDefault="00AA170A" w:rsidP="00EB6D2D">
      <w:pPr>
        <w:pStyle w:val="21"/>
        <w:jc w:val="both"/>
        <w:rPr>
          <w:rFonts w:asciiTheme="minorBidi" w:eastAsia="Times New Roman" w:hAnsiTheme="minorBidi" w:cstheme="minorBidi"/>
          <w:color w:val="auto"/>
          <w:sz w:val="22"/>
          <w:szCs w:val="22"/>
        </w:rPr>
      </w:pPr>
      <w:r w:rsidRPr="00EB6D2D">
        <w:rPr>
          <w:rFonts w:asciiTheme="minorBidi" w:hAnsiTheme="minorBidi" w:cstheme="minorBidi"/>
          <w:color w:val="auto"/>
          <w:sz w:val="22"/>
          <w:szCs w:val="22"/>
        </w:rPr>
        <w:t>14. TADBIRKOR MA’LUMOTLARI VA VAKILNING SHAXSIY MA’LUMOTLARI</w:t>
      </w:r>
    </w:p>
    <w:p w14:paraId="57F3F4D5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14.1.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tkazish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maqsadida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protsessing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tizimlarida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jumladan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,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natijalarni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zarur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hajmda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ishlaydi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5048504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14.2.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Yakka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vakillariga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Telegram-bot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usulda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lastRenderedPageBreak/>
        <w:t>O‘zbekiston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Respublikasining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oid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qonunchiligiga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muvofiq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subyekti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roziligi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qonunchilikda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596FCB09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14.3.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identifikatsiya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talablarini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bajarish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zarur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bosh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tortishi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berishni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rad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yutuqni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0CCF748" w14:textId="77777777" w:rsidR="00AA170A" w:rsidRPr="00EB6D2D" w:rsidRDefault="00AA170A" w:rsidP="00EB6D2D">
      <w:pPr>
        <w:pStyle w:val="21"/>
        <w:jc w:val="both"/>
        <w:rPr>
          <w:rFonts w:asciiTheme="minorBidi" w:hAnsiTheme="minorBidi" w:cstheme="minorBidi"/>
          <w:color w:val="auto"/>
          <w:sz w:val="22"/>
          <w:szCs w:val="22"/>
        </w:rPr>
      </w:pPr>
      <w:r w:rsidRPr="00EB6D2D">
        <w:rPr>
          <w:rFonts w:asciiTheme="minorBidi" w:hAnsiTheme="minorBidi" w:cstheme="minorBidi"/>
          <w:color w:val="auto"/>
          <w:sz w:val="22"/>
          <w:szCs w:val="22"/>
        </w:rPr>
        <w:t>15. DISKVALIFIKATSIYA, TEKSHIRISH VA NATIJALARNI BEKOR QILISH</w:t>
      </w:r>
    </w:p>
    <w:p w14:paraId="423744EC" w14:textId="1C4D45EB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15.1.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nomuvofiqlik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noto‘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g‘ri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haqiqiy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Terminal ID,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emasligi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qaytarilgan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dublikat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firibgarlik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mexanizmi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suiiste’mol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da’vogarlar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qatoridan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chiqarish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yutuqni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5D5BDB50" w14:textId="7C122B50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15.2.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mexanizmin</w:t>
      </w:r>
      <w:r w:rsidR="00C55BB5">
        <w:rPr>
          <w:rFonts w:asciiTheme="minorBidi" w:hAnsiTheme="minorBidi" w:cstheme="minorBidi"/>
          <w:sz w:val="22"/>
          <w:szCs w:val="22"/>
        </w:rPr>
        <w:t>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suiiste’mol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xususan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quyidagilar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: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6.1-bandida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diapazonga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maqsadida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Aylanmani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nechta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Terminal ID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o‘rtasida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sun’iy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yuborish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birlashtirish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;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tovarni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haqiqiy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yetkazib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</w:t>
      </w:r>
      <w:r w:rsidR="00C55BB5">
        <w:rPr>
          <w:rFonts w:asciiTheme="minorBidi" w:hAnsiTheme="minorBidi" w:cstheme="minorBidi"/>
          <w:sz w:val="22"/>
          <w:szCs w:val="22"/>
        </w:rPr>
        <w:t>rmay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ko‘rsatmasdan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operatsiyalarni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;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o‘rtasidagi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biriktirish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;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POS-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, STIR/J</w:t>
      </w:r>
      <w:r w:rsidR="00C55BB5" w:rsidRPr="002C132D">
        <w:rPr>
          <w:rFonts w:asciiTheme="minorBidi" w:hAnsiTheme="minorBidi" w:cstheme="minorBidi"/>
          <w:sz w:val="22"/>
          <w:szCs w:val="22"/>
        </w:rPr>
        <w:t>SHSHI</w:t>
      </w:r>
      <w:r w:rsidRPr="00EB6D2D">
        <w:rPr>
          <w:rFonts w:asciiTheme="minorBidi" w:hAnsiTheme="minorBidi" w:cstheme="minorBidi"/>
          <w:sz w:val="22"/>
          <w:szCs w:val="22"/>
        </w:rPr>
        <w:t xml:space="preserve">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telefon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;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yolg‘on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;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to‘sqinlik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7F97424" w14:textId="1E9D18F8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15.3.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Natijalar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keyin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r w:rsidR="00C55BB5">
        <w:rPr>
          <w:rFonts w:asciiTheme="minorBidi" w:hAnsiTheme="minorBidi" w:cstheme="minorBidi"/>
          <w:sz w:val="22"/>
          <w:szCs w:val="22"/>
        </w:rPr>
        <w:t>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5.1-bandida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cheklovlar</w:t>
      </w:r>
      <w:proofErr w:type="spellEnd"/>
      <w:r w:rsidR="00C55BB5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55BB5">
        <w:rPr>
          <w:rFonts w:asciiTheme="minorBidi" w:hAnsiTheme="minorBidi" w:cstheme="minorBidi"/>
          <w:sz w:val="22"/>
          <w:szCs w:val="22"/>
        </w:rPr>
        <w:t>doirasi</w:t>
      </w:r>
      <w:r w:rsidRPr="00EB6D2D">
        <w:rPr>
          <w:rFonts w:asciiTheme="minorBidi" w:hAnsiTheme="minorBidi" w:cstheme="minorBidi"/>
          <w:sz w:val="22"/>
          <w:szCs w:val="22"/>
        </w:rPr>
        <w:t>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yutuq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r w:rsidR="00C55BB5">
        <w:rPr>
          <w:rFonts w:asciiTheme="minorBidi" w:hAnsiTheme="minorBidi" w:cstheme="minorBidi"/>
          <w:sz w:val="22"/>
          <w:szCs w:val="22"/>
        </w:rPr>
        <w:t>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9.4-bandida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Haftasi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jamg‘armasiga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7E94805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15.4.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qonunchilikda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ruxsat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doirada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ekvayring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banklari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protsessing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ichki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bo‘linmalar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xavfsizlik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komplayens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bo‘linmalari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vakolatli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jalb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qo‘shimcha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tekshiruvdan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Tekshiruv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tkazilayotgan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to‘lashni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vaqtincha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to‘xtatib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biron-bir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kompensatsiya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majburiyati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yuzaga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B7CB179" w14:textId="0BD3ACF3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15.5.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Tadbirkorni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chiqarish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diskvalifikatsiya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yutuqni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to‘g‘risidagi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qaror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qaror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tasdiqlash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yetarli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ichki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Komissiya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bayonnomasi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qayd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9B137A3" w14:textId="77777777" w:rsidR="00AA170A" w:rsidRPr="00EB6D2D" w:rsidRDefault="00AA170A" w:rsidP="00EB6D2D">
      <w:pPr>
        <w:pStyle w:val="21"/>
        <w:jc w:val="both"/>
        <w:rPr>
          <w:rFonts w:asciiTheme="minorBidi" w:hAnsiTheme="minorBidi" w:cstheme="minorBidi"/>
          <w:color w:val="auto"/>
          <w:sz w:val="22"/>
          <w:szCs w:val="22"/>
        </w:rPr>
      </w:pPr>
      <w:r w:rsidRPr="00EB6D2D">
        <w:rPr>
          <w:rFonts w:asciiTheme="minorBidi" w:hAnsiTheme="minorBidi" w:cstheme="minorBidi"/>
          <w:color w:val="auto"/>
          <w:sz w:val="22"/>
          <w:szCs w:val="22"/>
        </w:rPr>
        <w:t>16. TOMONLARNING HUQUQLARI VA JAVOBGARLIGI</w:t>
      </w:r>
    </w:p>
    <w:p w14:paraId="5EB04965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obyektiv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sabablar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mavjud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jumladan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nosozliklar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fors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-major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talablari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davlat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organlarining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qarorlari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bank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protsessing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tizimlaridagi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nosozliklar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shuningdek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xavfsizligi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shaffofligiga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ta’sir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ko‘rsatuvchi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yuzaga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kelganda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o‘zgartirish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to‘ldirish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vaqtincha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to‘xtatib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muddatidan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oldin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tugatish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BFC9816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istalgan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sifatida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qo‘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shilishini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rad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buzilgan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maqomini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14634927" w14:textId="12F5AFC0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zgartirishlar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resurslarida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r w:rsidRPr="00EB6D2D">
        <w:rPr>
          <w:rStyle w:val="af6"/>
          <w:rFonts w:asciiTheme="minorBidi" w:hAnsiTheme="minorBidi" w:cstheme="minorBidi"/>
          <w:sz w:val="22"/>
          <w:szCs w:val="22"/>
        </w:rPr>
        <w:t>@HumoNestBot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botida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paytdan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boshlab</w:t>
      </w:r>
      <w:proofErr w:type="spellEnd"/>
      <w:r w:rsidR="00802885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kuchga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kiradi</w:t>
      </w:r>
      <w:proofErr w:type="spellEnd"/>
      <w:r w:rsidR="00802885" w:rsidRPr="001E12CA">
        <w:rPr>
          <w:rFonts w:asciiTheme="minorBidi" w:hAnsiTheme="minorBidi" w:cstheme="minorBidi"/>
          <w:sz w:val="22"/>
          <w:szCs w:val="22"/>
        </w:rPr>
        <w:t xml:space="preserve">, agar </w:t>
      </w:r>
      <w:proofErr w:type="spellStart"/>
      <w:r w:rsidR="00802885" w:rsidRPr="001E12CA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="00802885" w:rsidRPr="001E12CA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802885" w:rsidRPr="001E12CA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="00802885" w:rsidRPr="001E12CA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802885" w:rsidRPr="001E12CA">
        <w:rPr>
          <w:rFonts w:asciiTheme="minorBidi" w:hAnsiTheme="minorBidi" w:cstheme="minorBidi"/>
          <w:sz w:val="22"/>
          <w:szCs w:val="22"/>
        </w:rPr>
        <w:t>kuchga</w:t>
      </w:r>
      <w:proofErr w:type="spellEnd"/>
      <w:r w:rsidR="00802885" w:rsidRPr="001E12CA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802885" w:rsidRPr="001E12CA">
        <w:rPr>
          <w:rFonts w:asciiTheme="minorBidi" w:hAnsiTheme="minorBidi" w:cstheme="minorBidi"/>
          <w:sz w:val="22"/>
          <w:szCs w:val="22"/>
        </w:rPr>
        <w:t>kirishning</w:t>
      </w:r>
      <w:proofErr w:type="spellEnd"/>
      <w:r w:rsidR="00802885" w:rsidRPr="001E12CA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802885" w:rsidRPr="001E12CA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="00802885" w:rsidRPr="001E12CA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802885" w:rsidRPr="001E12CA">
        <w:rPr>
          <w:rFonts w:asciiTheme="minorBidi" w:hAnsiTheme="minorBidi" w:cstheme="minorBidi"/>
          <w:sz w:val="22"/>
          <w:szCs w:val="22"/>
        </w:rPr>
        <w:t>muddati</w:t>
      </w:r>
      <w:proofErr w:type="spellEnd"/>
      <w:r w:rsidR="00802885" w:rsidRPr="001E12CA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802885" w:rsidRPr="001E12CA">
        <w:rPr>
          <w:rFonts w:asciiTheme="minorBidi" w:hAnsiTheme="minorBidi" w:cstheme="minorBidi"/>
          <w:sz w:val="22"/>
          <w:szCs w:val="22"/>
        </w:rPr>
        <w:t>belgilanmagan</w:t>
      </w:r>
      <w:proofErr w:type="spellEnd"/>
      <w:r w:rsidR="00802885" w:rsidRPr="001E12CA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802885" w:rsidRPr="001E12CA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Bunday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zgartirishlar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Bosqichlarga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nisbatan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tatbiq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o‘zgartirishlar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kuchga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sanasiga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qadar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yomonlashtirishi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emas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FFA29BF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lastRenderedPageBreak/>
        <w:t>16.4.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firibgarlikning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oldini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himoya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ro‘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yxatlarini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to‘g‘ri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shakllantirish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shaffofligini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ta’minlashga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qaratilgan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qo‘shimcha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texnik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cheklovlar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tekshiruv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tartib-taomillarini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joriy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7B205049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banklar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operatorlari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, Telegram, internet-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provayderlar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tizimlari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random.org,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ijtimoiy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tarmoqlar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videoplatformalar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shuningdek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uchinchi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faoliyatidagi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nosozliklar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nosozliklar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oqilona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nazorati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doirasidan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tashqarida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javobgar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1B500CD" w14:textId="08FE4242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16.6.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802885">
        <w:rPr>
          <w:rFonts w:asciiTheme="minorBidi" w:hAnsiTheme="minorBidi" w:cstheme="minorBidi"/>
          <w:sz w:val="22"/>
          <w:szCs w:val="22"/>
        </w:rPr>
        <w:t>kontakt</w:t>
      </w:r>
      <w:proofErr w:type="spellEnd"/>
      <w:r w:rsidR="00802885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802885">
        <w:rPr>
          <w:rFonts w:asciiTheme="minorBidi" w:hAnsiTheme="minorBidi" w:cstheme="minorBidi"/>
          <w:sz w:val="22"/>
          <w:szCs w:val="22"/>
        </w:rPr>
        <w:t>ma’lumot</w:t>
      </w:r>
      <w:r w:rsidRPr="00EB6D2D">
        <w:rPr>
          <w:rFonts w:asciiTheme="minorBidi" w:hAnsiTheme="minorBidi" w:cstheme="minorBidi"/>
          <w:sz w:val="22"/>
          <w:szCs w:val="22"/>
        </w:rPr>
        <w:t>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yo‘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qligi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noto‘g‘riligi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dolzarbligini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yo‘qotganligi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sababli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xabardor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imkoni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bo‘lmaganligi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shuningdek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operatorlari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, Telegram, internet-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provayderlar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uchinchi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shaxslarning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faoliyatidagi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nosozliklar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oqilona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nazorati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doirasidan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tashqarida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javobgar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7EC6AC0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16.7.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etayotgan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g‘riligi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telefon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dolzarbligi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rekvizitlarning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rioya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mustaqil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kuzatib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javobgar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03C81D06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16.8.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oliblar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r w:rsidRPr="00EB6D2D">
        <w:rPr>
          <w:rStyle w:val="af6"/>
          <w:rFonts w:asciiTheme="minorBidi" w:hAnsiTheme="minorBidi" w:cstheme="minorBidi"/>
          <w:sz w:val="22"/>
          <w:szCs w:val="22"/>
        </w:rPr>
        <w:t>@HumoNestBot</w:t>
      </w:r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landing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sahifasi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mustaqil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F0E176B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16.9.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bevosita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qo‘llab-quvvatlash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murojaat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safar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yashash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aloqa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turdosh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xarajatlarini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qoplamaydi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AA52C1A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16.10.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materiallaridan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resurslarida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joylashtirish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maqomidan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3D99BF2E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16.11.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faqat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kelishilgan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materiallardan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joylashtirish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jarayonida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zgartirmasligi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murojaatlar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tushgan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yo‘naltirishi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talablariga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rioya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E482A77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16.12.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lov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terminallarining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bo‘lajak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e’tiboriga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asosiy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muddatlari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xodimlari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mijozlarni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xabardor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yetkazilishini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ta’minlash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majburiyatini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1920081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16.13.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materiallarga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mos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kelmaydigan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tarqatilgan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harakatlarning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oqibatlari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mustaqil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ravishda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javobgar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talabi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yo‘l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qo‘yilgan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buzilishlarni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darhol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bartaraf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192A3693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16.14.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maqomi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bekor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muddati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tugaganidan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so‘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HUMO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tovar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firma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uslubidan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intellektual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mulk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obyektlaridan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emas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1C5F3D3" w14:textId="4575A8A1" w:rsidR="00975A6F" w:rsidRPr="00EB6D2D" w:rsidRDefault="00975A6F">
      <w:pPr>
        <w:ind w:firstLine="567"/>
        <w:jc w:val="both"/>
        <w:rPr>
          <w:rFonts w:asciiTheme="minorBidi" w:hAnsiTheme="minorBidi"/>
          <w:sz w:val="22"/>
        </w:rPr>
      </w:pPr>
    </w:p>
    <w:p w14:paraId="55A01591" w14:textId="77777777" w:rsidR="00AA170A" w:rsidRPr="00EB6D2D" w:rsidRDefault="00AA170A" w:rsidP="00EB6D2D">
      <w:pPr>
        <w:pStyle w:val="21"/>
        <w:jc w:val="both"/>
        <w:rPr>
          <w:rFonts w:asciiTheme="minorBidi" w:eastAsia="Times New Roman" w:hAnsiTheme="minorBidi" w:cstheme="minorBidi"/>
          <w:color w:val="auto"/>
          <w:sz w:val="22"/>
          <w:szCs w:val="22"/>
        </w:rPr>
      </w:pPr>
      <w:r w:rsidRPr="00EB6D2D">
        <w:rPr>
          <w:rFonts w:asciiTheme="minorBidi" w:hAnsiTheme="minorBidi" w:cstheme="minorBidi"/>
          <w:color w:val="auto"/>
          <w:sz w:val="22"/>
          <w:szCs w:val="22"/>
        </w:rPr>
        <w:lastRenderedPageBreak/>
        <w:t>17. FORS-MAJOR VA NIZOLARNI HAL ETISH</w:t>
      </w:r>
    </w:p>
    <w:p w14:paraId="79683836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17.1.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yicha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majburiyatlarni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qisman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bajarmaganligi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agar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bunday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bajarmaslik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yengib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bo‘lmaydigan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kuch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jumladan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tabiiy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yong‘in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suv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toshqini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harbiy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harakatlar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ommaviy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tartibsizliklar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epidemiyalar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karantin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cheklovlari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davlat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organlarining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qarorlari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infratuzilmadagi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nosozliklar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qonunchilikdagi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jiddiy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o‘zgarishlar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irodasiga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tufayli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yuzaga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bo‘lsa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javobgarlikdan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ozod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E4155F8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17.2.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Yengib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lmaydigan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kuch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yuzaga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muddatlarini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o‘zgartirish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muddatga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ko‘chirish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topshirish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o‘zgartirish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vaqtincha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to‘xtatib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muddatidan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oldin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tugatish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Bunda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tegishli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resurslarda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1B8BE9BB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17.3.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tkazish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aniqlash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topshirish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shartlarini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bajarish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bog‘liq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holda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yuzaga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barcha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nizolar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kelishmovchiliklar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muzokaralar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o‘tkazish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qo‘llab-quvvatlash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xizmatiga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murojaat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1926E38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17.4.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Nizoni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da’vo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majburiy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hisoblanadi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Murojaatlar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r w:rsidRPr="00EB6D2D">
        <w:rPr>
          <w:rStyle w:val="af6"/>
          <w:rFonts w:asciiTheme="minorBidi" w:hAnsiTheme="minorBidi" w:cstheme="minorBidi"/>
          <w:sz w:val="22"/>
          <w:szCs w:val="22"/>
        </w:rPr>
        <w:t>@HumoNestBot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Telegram-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boti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r w:rsidRPr="00EB6D2D">
        <w:rPr>
          <w:rStyle w:val="af6"/>
          <w:rFonts w:asciiTheme="minorBidi" w:hAnsiTheme="minorBidi" w:cstheme="minorBidi"/>
          <w:sz w:val="22"/>
          <w:szCs w:val="22"/>
        </w:rPr>
        <w:t>1114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telefon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raqami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Toshkent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shahri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Maxtumquli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ko‘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chasi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178/1-uy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manzilidagi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ofisiga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ko‘rsatilgan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usulda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yuborilishi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mumkin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99B3887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17.5.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Kelishuvga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erishilmagan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nizo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zbekiston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Respublikasining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qonunchiligiga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muvofiq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O‘zbekiston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Respublikasining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vakolatli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sudida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chiqish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topshiriladi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2D4793E" w14:textId="77777777" w:rsidR="00AA170A" w:rsidRPr="00EB6D2D" w:rsidRDefault="00AA170A" w:rsidP="00EB6D2D">
      <w:pPr>
        <w:pStyle w:val="21"/>
        <w:jc w:val="both"/>
        <w:rPr>
          <w:rFonts w:asciiTheme="minorBidi" w:hAnsiTheme="minorBidi" w:cstheme="minorBidi"/>
          <w:color w:val="auto"/>
          <w:sz w:val="22"/>
          <w:szCs w:val="22"/>
        </w:rPr>
      </w:pPr>
      <w:r w:rsidRPr="00EB6D2D">
        <w:rPr>
          <w:rFonts w:asciiTheme="minorBidi" w:hAnsiTheme="minorBidi" w:cstheme="minorBidi"/>
          <w:color w:val="auto"/>
          <w:sz w:val="22"/>
          <w:szCs w:val="22"/>
        </w:rPr>
        <w:t>18. YAKUNIY QOIDALAR VA TASHKILOTCHINING REKVIZITLARI</w:t>
      </w:r>
    </w:p>
    <w:p w14:paraId="0C3C3670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18.1.</w:t>
      </w:r>
      <w:r w:rsidRPr="00EB6D2D">
        <w:rPr>
          <w:rFonts w:asciiTheme="minorBidi" w:hAnsiTheme="minorBidi" w:cstheme="minorBidi"/>
          <w:sz w:val="22"/>
          <w:szCs w:val="22"/>
        </w:rPr>
        <w:t xml:space="preserve"> HUMO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tovar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logotiplaridan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firma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uslubidan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reklama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materiallaridan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faqat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maqomi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qiladigan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faqat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targ‘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maqsadida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yo‘l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qo‘yiladi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7D012446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istalgan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vaqtda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Axborot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hamkoridan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tovar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belgilari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logotiplar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reklama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materiallari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bog‘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boshqa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intellektual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mulk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obyektlaridan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to‘xtatishni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talab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. Bunday talab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darhol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bajarilishi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lozim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2FD99D79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18.2.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Mazkur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solinmagan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barcha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masalalar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zbekiston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Respublikasining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bilan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tartibga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solinadi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A7AF12A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18.3.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landing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sahifasida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e’lon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qilingan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sanadan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boshlab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kuchga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kiradi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yakunlangunga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qadar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jumladan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tekshirish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sovrinlarni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topshirish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rasmiylashtirish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murojaatlarni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ko‘rib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chiqish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davrida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amal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qiladi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6982B9AA" w14:textId="2A94FF01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18.4.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haqidagi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ma’lumotlar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to‘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qoidalar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O‘yinlar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C442D4">
        <w:rPr>
          <w:rFonts w:asciiTheme="minorBidi" w:hAnsiTheme="minorBidi" w:cstheme="minorBidi"/>
          <w:sz w:val="22"/>
          <w:szCs w:val="22"/>
        </w:rPr>
        <w:t>jadvali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tomonidan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nazarda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tutilgan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hajmdagi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r w:rsidRPr="00EB6D2D">
        <w:rPr>
          <w:rStyle w:val="af6"/>
          <w:rFonts w:asciiTheme="minorBidi" w:hAnsiTheme="minorBidi" w:cstheme="minorBidi"/>
          <w:sz w:val="22"/>
          <w:szCs w:val="22"/>
        </w:rPr>
        <w:t>@HumoNestBot</w:t>
      </w:r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landing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sahifasi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/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yoki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rasmiy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resurslari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orqali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foydalanish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ochiq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57198DB1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18.5.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qoidalaridan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biror-bir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qismi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haqiqiy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emas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deb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topilgan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taqdirda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Oferta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qoidalarining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haqiqiyligiga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ta’sir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ko‘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rsatmaydi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0A5D9E77" w14:textId="77777777" w:rsidR="00AA170A" w:rsidRPr="00EB6D2D" w:rsidRDefault="00AA170A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 w:rsidRPr="00EB6D2D">
        <w:rPr>
          <w:rStyle w:val="af6"/>
          <w:rFonts w:asciiTheme="minorBidi" w:hAnsiTheme="minorBidi" w:cstheme="minorBidi"/>
          <w:sz w:val="22"/>
          <w:szCs w:val="22"/>
        </w:rPr>
        <w:t>18.6.</w:t>
      </w:r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Tashkilotchi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Aksiya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materiallarini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shu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jumladan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ishtirokchilar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 w:cstheme="minorBidi"/>
          <w:sz w:val="22"/>
          <w:szCs w:val="22"/>
        </w:rPr>
        <w:t>ro‘</w:t>
      </w:r>
      <w:proofErr w:type="gramEnd"/>
      <w:r w:rsidRPr="00EB6D2D">
        <w:rPr>
          <w:rFonts w:asciiTheme="minorBidi" w:hAnsiTheme="minorBidi" w:cstheme="minorBidi"/>
          <w:sz w:val="22"/>
          <w:szCs w:val="22"/>
        </w:rPr>
        <w:t>yxatlari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ro‘yxatlari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Komissiya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bayonnomalari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efirlarning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videoyozuvlari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G‘oliblarning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hujjatlarini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qonunchilik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talablarini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bajarish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ichki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nazorat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, audit,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buxgalteriya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va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soliq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hisobini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yuritish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uchun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zarur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bo‘lgan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muddat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davomida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saqlash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huquqiga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Pr="00EB6D2D">
        <w:rPr>
          <w:rFonts w:asciiTheme="minorBidi" w:hAnsiTheme="minorBidi" w:cstheme="minorBidi"/>
          <w:sz w:val="22"/>
          <w:szCs w:val="22"/>
        </w:rPr>
        <w:t>ega</w:t>
      </w:r>
      <w:proofErr w:type="spellEnd"/>
      <w:r w:rsidRPr="00EB6D2D">
        <w:rPr>
          <w:rFonts w:asciiTheme="minorBidi" w:hAnsiTheme="minorBidi" w:cstheme="minorBidi"/>
          <w:sz w:val="22"/>
          <w:szCs w:val="22"/>
        </w:rPr>
        <w:t>.</w:t>
      </w:r>
    </w:p>
    <w:p w14:paraId="4494E291" w14:textId="77777777" w:rsidR="00AA170A" w:rsidRPr="00EB6D2D" w:rsidRDefault="00AA170A" w:rsidP="00EB6D2D">
      <w:pPr>
        <w:pStyle w:val="21"/>
        <w:jc w:val="both"/>
        <w:rPr>
          <w:rFonts w:asciiTheme="minorBidi" w:hAnsiTheme="minorBidi" w:cstheme="minorBidi"/>
          <w:color w:val="auto"/>
          <w:sz w:val="22"/>
          <w:szCs w:val="22"/>
        </w:rPr>
      </w:pPr>
      <w:r w:rsidRPr="00EB6D2D">
        <w:rPr>
          <w:rFonts w:asciiTheme="minorBidi" w:hAnsiTheme="minorBidi" w:cstheme="minorBidi"/>
          <w:color w:val="auto"/>
          <w:sz w:val="22"/>
          <w:szCs w:val="22"/>
        </w:rPr>
        <w:lastRenderedPageBreak/>
        <w:t>19. TASHKILOTCHINING REKVIZITLARI</w:t>
      </w:r>
    </w:p>
    <w:p w14:paraId="1EC4BC61" w14:textId="77920420" w:rsidR="00AA170A" w:rsidRPr="00EB6D2D" w:rsidRDefault="002C132D" w:rsidP="00EB6D2D">
      <w:pPr>
        <w:pStyle w:val="afff2"/>
        <w:jc w:val="both"/>
        <w:rPr>
          <w:rFonts w:asciiTheme="minorBidi" w:hAnsiTheme="minorBidi" w:cstheme="minorBidi"/>
          <w:sz w:val="22"/>
          <w:szCs w:val="22"/>
        </w:rPr>
      </w:pPr>
      <w:r>
        <w:rPr>
          <w:rStyle w:val="af6"/>
          <w:rFonts w:asciiTheme="minorBidi" w:hAnsiTheme="minorBidi" w:cstheme="minorBidi"/>
          <w:sz w:val="22"/>
          <w:szCs w:val="22"/>
        </w:rPr>
        <w:t>“</w:t>
      </w:r>
      <w:proofErr w:type="spellStart"/>
      <w:r w:rsidR="00AA170A" w:rsidRPr="00EB6D2D">
        <w:rPr>
          <w:rStyle w:val="af6"/>
          <w:rFonts w:asciiTheme="minorBidi" w:hAnsiTheme="minorBidi" w:cstheme="minorBidi"/>
          <w:sz w:val="22"/>
          <w:szCs w:val="22"/>
        </w:rPr>
        <w:t>Milliy</w:t>
      </w:r>
      <w:proofErr w:type="spellEnd"/>
      <w:r w:rsidR="00AA170A" w:rsidRPr="00EB6D2D">
        <w:rPr>
          <w:rStyle w:val="af6"/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AA170A" w:rsidRPr="00EB6D2D">
        <w:rPr>
          <w:rStyle w:val="af6"/>
          <w:rFonts w:asciiTheme="minorBidi" w:hAnsiTheme="minorBidi" w:cstheme="minorBidi"/>
          <w:sz w:val="22"/>
          <w:szCs w:val="22"/>
        </w:rPr>
        <w:t>banklararo</w:t>
      </w:r>
      <w:proofErr w:type="spellEnd"/>
      <w:r w:rsidR="00AA170A" w:rsidRPr="00EB6D2D">
        <w:rPr>
          <w:rStyle w:val="af6"/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AA170A" w:rsidRPr="00EB6D2D">
        <w:rPr>
          <w:rStyle w:val="af6"/>
          <w:rFonts w:asciiTheme="minorBidi" w:hAnsiTheme="minorBidi" w:cstheme="minorBidi"/>
          <w:sz w:val="22"/>
          <w:szCs w:val="22"/>
        </w:rPr>
        <w:t>protsessing</w:t>
      </w:r>
      <w:proofErr w:type="spellEnd"/>
      <w:r w:rsidR="00AA170A" w:rsidRPr="00EB6D2D">
        <w:rPr>
          <w:rStyle w:val="af6"/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AA170A" w:rsidRPr="00EB6D2D">
        <w:rPr>
          <w:rStyle w:val="af6"/>
          <w:rFonts w:asciiTheme="minorBidi" w:hAnsiTheme="minorBidi" w:cstheme="minorBidi"/>
          <w:sz w:val="22"/>
          <w:szCs w:val="22"/>
        </w:rPr>
        <w:t>markazi</w:t>
      </w:r>
      <w:proofErr w:type="spellEnd"/>
      <w:r>
        <w:rPr>
          <w:rStyle w:val="af6"/>
          <w:rFonts w:asciiTheme="minorBidi" w:hAnsiTheme="minorBidi" w:cstheme="minorBidi"/>
          <w:sz w:val="22"/>
          <w:szCs w:val="22"/>
        </w:rPr>
        <w:t>”</w:t>
      </w:r>
      <w:r w:rsidR="00AA170A" w:rsidRPr="00EB6D2D">
        <w:rPr>
          <w:rStyle w:val="af6"/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AA170A" w:rsidRPr="00EB6D2D">
        <w:rPr>
          <w:rStyle w:val="af6"/>
          <w:rFonts w:asciiTheme="minorBidi" w:hAnsiTheme="minorBidi" w:cstheme="minorBidi"/>
          <w:sz w:val="22"/>
          <w:szCs w:val="22"/>
        </w:rPr>
        <w:t>aksiyadorlik</w:t>
      </w:r>
      <w:proofErr w:type="spellEnd"/>
      <w:r w:rsidR="00AA170A" w:rsidRPr="00EB6D2D">
        <w:rPr>
          <w:rStyle w:val="af6"/>
          <w:rFonts w:asciiTheme="minorBidi" w:hAnsiTheme="minorBidi" w:cstheme="minorBidi"/>
          <w:sz w:val="22"/>
          <w:szCs w:val="22"/>
        </w:rPr>
        <w:t xml:space="preserve"> </w:t>
      </w:r>
      <w:proofErr w:type="spellStart"/>
      <w:r w:rsidR="00AA170A" w:rsidRPr="00EB6D2D">
        <w:rPr>
          <w:rStyle w:val="af6"/>
          <w:rFonts w:asciiTheme="minorBidi" w:hAnsiTheme="minorBidi" w:cstheme="minorBidi"/>
          <w:sz w:val="22"/>
          <w:szCs w:val="22"/>
        </w:rPr>
        <w:t>jamiyati</w:t>
      </w:r>
      <w:proofErr w:type="spellEnd"/>
    </w:p>
    <w:p w14:paraId="4342F93D" w14:textId="77777777" w:rsidR="009236ED" w:rsidRPr="00EB6D2D" w:rsidRDefault="009236ED" w:rsidP="00EB6D2D">
      <w:pPr>
        <w:spacing w:after="0"/>
        <w:jc w:val="both"/>
        <w:rPr>
          <w:rFonts w:asciiTheme="minorBidi" w:hAnsiTheme="minorBidi"/>
          <w:sz w:val="22"/>
        </w:rPr>
      </w:pPr>
    </w:p>
    <w:p w14:paraId="7FCEE114" w14:textId="65B954C7" w:rsidR="00AA170A" w:rsidRPr="00EB6D2D" w:rsidRDefault="00AA170A" w:rsidP="00EB6D2D">
      <w:pPr>
        <w:spacing w:after="0"/>
        <w:jc w:val="both"/>
        <w:rPr>
          <w:rFonts w:asciiTheme="minorBidi" w:hAnsiTheme="minorBidi"/>
          <w:sz w:val="22"/>
        </w:rPr>
      </w:pPr>
      <w:r w:rsidRPr="00EB6D2D">
        <w:rPr>
          <w:rFonts w:asciiTheme="minorBidi" w:hAnsiTheme="minorBidi"/>
          <w:sz w:val="22"/>
        </w:rPr>
        <w:t xml:space="preserve">Manzil: 100047, Toshkent </w:t>
      </w:r>
      <w:proofErr w:type="spellStart"/>
      <w:r w:rsidRPr="00EB6D2D">
        <w:rPr>
          <w:rFonts w:asciiTheme="minorBidi" w:hAnsiTheme="minorBidi"/>
          <w:sz w:val="22"/>
        </w:rPr>
        <w:t>shahri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Yashnobod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r w:rsidRPr="00EB6D2D">
        <w:rPr>
          <w:rFonts w:asciiTheme="minorBidi" w:hAnsiTheme="minorBidi"/>
          <w:sz w:val="22"/>
        </w:rPr>
        <w:t>tumani</w:t>
      </w:r>
      <w:proofErr w:type="spellEnd"/>
      <w:r w:rsidRPr="00EB6D2D">
        <w:rPr>
          <w:rFonts w:asciiTheme="minorBidi" w:hAnsiTheme="minorBidi"/>
          <w:sz w:val="22"/>
        </w:rPr>
        <w:t xml:space="preserve">, </w:t>
      </w:r>
      <w:proofErr w:type="spellStart"/>
      <w:r w:rsidRPr="00EB6D2D">
        <w:rPr>
          <w:rFonts w:asciiTheme="minorBidi" w:hAnsiTheme="minorBidi"/>
          <w:sz w:val="22"/>
        </w:rPr>
        <w:t>Maxtumquli</w:t>
      </w:r>
      <w:proofErr w:type="spellEnd"/>
      <w:r w:rsidRPr="00EB6D2D">
        <w:rPr>
          <w:rFonts w:asciiTheme="minorBidi" w:hAnsiTheme="minorBidi"/>
          <w:sz w:val="22"/>
        </w:rPr>
        <w:t xml:space="preserve"> </w:t>
      </w:r>
      <w:proofErr w:type="spellStart"/>
      <w:proofErr w:type="gramStart"/>
      <w:r w:rsidRPr="00EB6D2D">
        <w:rPr>
          <w:rFonts w:asciiTheme="minorBidi" w:hAnsiTheme="minorBidi"/>
          <w:sz w:val="22"/>
        </w:rPr>
        <w:t>ko‘</w:t>
      </w:r>
      <w:proofErr w:type="gramEnd"/>
      <w:r w:rsidRPr="00EB6D2D">
        <w:rPr>
          <w:rFonts w:asciiTheme="minorBidi" w:hAnsiTheme="minorBidi"/>
          <w:sz w:val="22"/>
        </w:rPr>
        <w:t>chasi</w:t>
      </w:r>
      <w:proofErr w:type="spellEnd"/>
      <w:r w:rsidRPr="00EB6D2D">
        <w:rPr>
          <w:rFonts w:asciiTheme="minorBidi" w:hAnsiTheme="minorBidi"/>
          <w:sz w:val="22"/>
        </w:rPr>
        <w:t>, 178/1-uy.</w:t>
      </w:r>
    </w:p>
    <w:p w14:paraId="0DDD7A4C" w14:textId="11F63142" w:rsidR="009236ED" w:rsidRPr="00EB6D2D" w:rsidRDefault="005E7858" w:rsidP="00EB6D2D">
      <w:pPr>
        <w:spacing w:after="0"/>
        <w:jc w:val="both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  <w:lang w:val="uz-Latn-UZ"/>
        </w:rPr>
        <w:t>STIR</w:t>
      </w:r>
      <w:r w:rsidR="007D4F63" w:rsidRPr="00EB6D2D">
        <w:rPr>
          <w:rFonts w:asciiTheme="minorBidi" w:hAnsiTheme="minorBidi"/>
          <w:sz w:val="22"/>
        </w:rPr>
        <w:t>: 302900674</w:t>
      </w:r>
    </w:p>
    <w:p w14:paraId="02AEE91D" w14:textId="77777777" w:rsidR="009236ED" w:rsidRPr="00EB6D2D" w:rsidRDefault="007D4F63" w:rsidP="00EB6D2D">
      <w:pPr>
        <w:spacing w:after="0"/>
        <w:jc w:val="both"/>
        <w:rPr>
          <w:rFonts w:asciiTheme="minorBidi" w:hAnsiTheme="minorBidi"/>
          <w:sz w:val="22"/>
        </w:rPr>
      </w:pPr>
      <w:r w:rsidRPr="00EB6D2D">
        <w:rPr>
          <w:rFonts w:asciiTheme="minorBidi" w:hAnsiTheme="minorBidi"/>
          <w:sz w:val="22"/>
        </w:rPr>
        <w:t xml:space="preserve">E-mail: </w:t>
      </w:r>
      <w:r w:rsidR="00975A6F" w:rsidRPr="00EB6D2D">
        <w:rPr>
          <w:rFonts w:asciiTheme="minorBidi" w:hAnsiTheme="minorBidi"/>
          <w:sz w:val="22"/>
        </w:rPr>
        <w:t xml:space="preserve">info@nmpc.uz </w:t>
      </w:r>
      <w:r w:rsidR="00975A6F" w:rsidRPr="00EB6D2D">
        <w:rPr>
          <w:rFonts w:asciiTheme="minorBidi" w:hAnsiTheme="minorBidi"/>
          <w:sz w:val="22"/>
          <w:lang w:val="ru-RU"/>
        </w:rPr>
        <w:t>тел</w:t>
      </w:r>
      <w:r w:rsidR="00975A6F" w:rsidRPr="00EB6D2D">
        <w:rPr>
          <w:rFonts w:asciiTheme="minorBidi" w:hAnsiTheme="minorBidi"/>
          <w:sz w:val="22"/>
        </w:rPr>
        <w:t>.: (+99871) 200-08-88</w:t>
      </w:r>
    </w:p>
    <w:p w14:paraId="3E46BEEB" w14:textId="7B156F4D" w:rsidR="009236ED" w:rsidRPr="00EB6D2D" w:rsidRDefault="002C132D" w:rsidP="00EB6D2D">
      <w:pPr>
        <w:spacing w:after="0"/>
        <w:jc w:val="both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  <w:lang w:val="uz-Latn-UZ"/>
        </w:rPr>
        <w:t>Bank rekvizitlari</w:t>
      </w:r>
      <w:r w:rsidR="007D4F63" w:rsidRPr="00EB6D2D">
        <w:rPr>
          <w:rFonts w:asciiTheme="minorBidi" w:hAnsiTheme="minorBidi"/>
          <w:sz w:val="22"/>
        </w:rPr>
        <w:t>:</w:t>
      </w:r>
    </w:p>
    <w:p w14:paraId="1533A136" w14:textId="60B9683A" w:rsidR="009236ED" w:rsidRPr="00EB6D2D" w:rsidRDefault="002C132D" w:rsidP="00EB6D2D">
      <w:pPr>
        <w:spacing w:after="0"/>
        <w:jc w:val="both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  <w:lang w:val="uz-Latn-UZ"/>
        </w:rPr>
        <w:t>h</w:t>
      </w:r>
      <w:r w:rsidR="007D4F63" w:rsidRPr="00EB6D2D">
        <w:rPr>
          <w:rFonts w:asciiTheme="minorBidi" w:hAnsiTheme="minorBidi"/>
          <w:sz w:val="22"/>
        </w:rPr>
        <w:t>/</w:t>
      </w:r>
      <w:r>
        <w:rPr>
          <w:rFonts w:asciiTheme="minorBidi" w:hAnsiTheme="minorBidi"/>
          <w:sz w:val="22"/>
          <w:lang w:val="uz-Latn-UZ"/>
        </w:rPr>
        <w:t>r</w:t>
      </w:r>
      <w:r w:rsidR="007D4F63" w:rsidRPr="00EB6D2D">
        <w:rPr>
          <w:rFonts w:asciiTheme="minorBidi" w:hAnsiTheme="minorBidi"/>
          <w:sz w:val="22"/>
        </w:rPr>
        <w:t>: 20208000700296870001</w:t>
      </w:r>
    </w:p>
    <w:p w14:paraId="2FB06625" w14:textId="5E0AB92E" w:rsidR="004019A9" w:rsidRPr="00EB6D2D" w:rsidRDefault="002C132D" w:rsidP="00EB6D2D">
      <w:pPr>
        <w:spacing w:after="0"/>
        <w:jc w:val="both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  <w:lang w:val="uz-Latn-UZ"/>
        </w:rPr>
        <w:t>“</w:t>
      </w:r>
      <w:proofErr w:type="spellStart"/>
      <w:r w:rsidR="007D4F63" w:rsidRPr="00EB6D2D">
        <w:rPr>
          <w:rFonts w:asciiTheme="minorBidi" w:hAnsiTheme="minorBidi"/>
          <w:sz w:val="22"/>
        </w:rPr>
        <w:t>Octobank</w:t>
      </w:r>
      <w:proofErr w:type="spellEnd"/>
      <w:r>
        <w:rPr>
          <w:rFonts w:asciiTheme="minorBidi" w:hAnsiTheme="minorBidi"/>
          <w:sz w:val="22"/>
        </w:rPr>
        <w:t>” AJ</w:t>
      </w:r>
      <w:r w:rsidRPr="00EB6D2D">
        <w:rPr>
          <w:rFonts w:asciiTheme="minorBidi" w:hAnsiTheme="minorBidi"/>
          <w:sz w:val="22"/>
        </w:rPr>
        <w:t xml:space="preserve"> </w:t>
      </w:r>
      <w:r w:rsidR="007D4F63" w:rsidRPr="00EB6D2D">
        <w:rPr>
          <w:rFonts w:asciiTheme="minorBidi" w:hAnsiTheme="minorBidi"/>
          <w:sz w:val="22"/>
          <w:lang w:val="ru-RU"/>
        </w:rPr>
        <w:t>МФО</w:t>
      </w:r>
      <w:r w:rsidR="007D4F63" w:rsidRPr="00EB6D2D">
        <w:rPr>
          <w:rFonts w:asciiTheme="minorBidi" w:hAnsiTheme="minorBidi"/>
          <w:sz w:val="22"/>
        </w:rPr>
        <w:t>: 00980</w:t>
      </w:r>
    </w:p>
    <w:p w14:paraId="7E00E91F" w14:textId="36388A90" w:rsidR="009236ED" w:rsidRPr="00EB6D2D" w:rsidRDefault="002C132D" w:rsidP="00EB6D2D">
      <w:pPr>
        <w:spacing w:after="0"/>
        <w:jc w:val="both"/>
        <w:rPr>
          <w:rFonts w:asciiTheme="minorBidi" w:hAnsiTheme="minorBidi"/>
          <w:sz w:val="22"/>
        </w:rPr>
      </w:pPr>
      <w:r>
        <w:rPr>
          <w:rFonts w:asciiTheme="minorBidi" w:hAnsiTheme="minorBidi"/>
          <w:sz w:val="22"/>
          <w:lang w:val="uz-Latn-UZ"/>
        </w:rPr>
        <w:t>Kol-markaz raqami</w:t>
      </w:r>
      <w:r w:rsidR="004019A9" w:rsidRPr="00EB6D2D">
        <w:rPr>
          <w:rFonts w:asciiTheme="minorBidi" w:hAnsiTheme="minorBidi"/>
          <w:sz w:val="22"/>
        </w:rPr>
        <w:t>: 1114</w:t>
      </w:r>
    </w:p>
    <w:p w14:paraId="2FF08D15" w14:textId="77777777" w:rsidR="005363F7" w:rsidRPr="00EB6D2D" w:rsidRDefault="005363F7" w:rsidP="00EB6D2D">
      <w:pPr>
        <w:spacing w:after="0"/>
        <w:jc w:val="both"/>
        <w:rPr>
          <w:rFonts w:asciiTheme="minorBidi" w:hAnsiTheme="minorBidi"/>
          <w:sz w:val="22"/>
        </w:rPr>
      </w:pPr>
    </w:p>
    <w:p w14:paraId="096FC23D" w14:textId="77777777" w:rsidR="005363F7" w:rsidRPr="00EB6D2D" w:rsidRDefault="005363F7" w:rsidP="00EB6D2D">
      <w:pPr>
        <w:spacing w:after="0"/>
        <w:jc w:val="both"/>
        <w:rPr>
          <w:rFonts w:asciiTheme="minorBidi" w:hAnsiTheme="minorBidi"/>
          <w:sz w:val="22"/>
        </w:rPr>
      </w:pPr>
    </w:p>
    <w:p w14:paraId="7CC42B8A" w14:textId="77777777" w:rsidR="005363F7" w:rsidRPr="00EB6D2D" w:rsidRDefault="005363F7" w:rsidP="00EB6D2D">
      <w:pPr>
        <w:spacing w:after="0"/>
        <w:jc w:val="both"/>
        <w:rPr>
          <w:rFonts w:asciiTheme="minorBidi" w:hAnsiTheme="minorBidi"/>
          <w:sz w:val="22"/>
        </w:rPr>
      </w:pPr>
    </w:p>
    <w:p w14:paraId="014E2F96" w14:textId="77777777" w:rsidR="005363F7" w:rsidRPr="00EB6D2D" w:rsidRDefault="005363F7" w:rsidP="00EB6D2D">
      <w:pPr>
        <w:spacing w:after="0"/>
        <w:jc w:val="both"/>
        <w:rPr>
          <w:rFonts w:asciiTheme="minorBidi" w:hAnsiTheme="minorBidi"/>
          <w:sz w:val="22"/>
        </w:rPr>
      </w:pPr>
    </w:p>
    <w:p w14:paraId="5B480E01" w14:textId="77777777" w:rsidR="005363F7" w:rsidRPr="00EB6D2D" w:rsidRDefault="005363F7" w:rsidP="00EB6D2D">
      <w:pPr>
        <w:spacing w:after="0"/>
        <w:jc w:val="both"/>
        <w:rPr>
          <w:rFonts w:asciiTheme="minorBidi" w:hAnsiTheme="minorBidi"/>
          <w:sz w:val="22"/>
        </w:rPr>
      </w:pPr>
    </w:p>
    <w:p w14:paraId="16E7F361" w14:textId="77777777" w:rsidR="005363F7" w:rsidRPr="00EB6D2D" w:rsidRDefault="005363F7" w:rsidP="00EB6D2D">
      <w:pPr>
        <w:spacing w:after="0"/>
        <w:jc w:val="both"/>
        <w:rPr>
          <w:rFonts w:asciiTheme="minorBidi" w:hAnsiTheme="minorBidi"/>
          <w:sz w:val="22"/>
        </w:rPr>
      </w:pPr>
    </w:p>
    <w:p w14:paraId="7099EEE3" w14:textId="77777777" w:rsidR="005363F7" w:rsidRPr="00EB6D2D" w:rsidRDefault="005363F7" w:rsidP="00EB6D2D">
      <w:pPr>
        <w:spacing w:after="0"/>
        <w:jc w:val="both"/>
        <w:rPr>
          <w:rFonts w:asciiTheme="minorBidi" w:hAnsiTheme="minorBidi"/>
          <w:sz w:val="22"/>
        </w:rPr>
      </w:pPr>
    </w:p>
    <w:p w14:paraId="16A2B610" w14:textId="77777777" w:rsidR="005363F7" w:rsidRPr="00EB6D2D" w:rsidRDefault="005363F7" w:rsidP="00EB6D2D">
      <w:pPr>
        <w:spacing w:after="0"/>
        <w:jc w:val="both"/>
        <w:rPr>
          <w:rFonts w:asciiTheme="minorBidi" w:hAnsiTheme="minorBidi"/>
          <w:sz w:val="22"/>
        </w:rPr>
      </w:pPr>
    </w:p>
    <w:p w14:paraId="2D8E98AA" w14:textId="10D52ADA" w:rsidR="005363F7" w:rsidRPr="00EB6D2D" w:rsidRDefault="005363F7" w:rsidP="00EB6D2D">
      <w:pPr>
        <w:spacing w:after="0"/>
        <w:jc w:val="both"/>
        <w:rPr>
          <w:rFonts w:asciiTheme="minorBidi" w:hAnsiTheme="minorBidi"/>
          <w:sz w:val="22"/>
        </w:rPr>
      </w:pPr>
    </w:p>
    <w:sectPr w:rsidR="005363F7" w:rsidRPr="00EB6D2D" w:rsidSect="00034616">
      <w:footerReference w:type="default" r:id="rId9"/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DFA8B9" w14:textId="77777777" w:rsidR="00BD3541" w:rsidRDefault="00BD3541">
      <w:pPr>
        <w:spacing w:after="0" w:line="240" w:lineRule="auto"/>
      </w:pPr>
      <w:r>
        <w:separator/>
      </w:r>
    </w:p>
  </w:endnote>
  <w:endnote w:type="continuationSeparator" w:id="0">
    <w:p w14:paraId="4E1B0C42" w14:textId="77777777" w:rsidR="00BD3541" w:rsidRDefault="00BD3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D49AE4" w14:textId="06D28D26" w:rsidR="00154649" w:rsidRPr="005D26CB" w:rsidRDefault="00DF33E4">
    <w:pPr>
      <w:pStyle w:val="a7"/>
      <w:jc w:val="center"/>
      <w:rPr>
        <w:lang w:val="ru-RU"/>
      </w:rPr>
    </w:pPr>
    <w:r>
      <w:rPr>
        <w:sz w:val="16"/>
      </w:rPr>
      <w:t>BAXTLI</w:t>
    </w:r>
    <w:r w:rsidR="00EE1F22" w:rsidRPr="005D26CB">
      <w:rPr>
        <w:sz w:val="16"/>
        <w:lang w:val="ru-RU"/>
      </w:rPr>
      <w:t xml:space="preserve"> </w:t>
    </w:r>
    <w:r w:rsidR="007429C8">
      <w:rPr>
        <w:sz w:val="16"/>
      </w:rPr>
      <w:t>TADBIRKOR</w:t>
    </w:r>
    <w:r w:rsidR="00EE1F22" w:rsidRPr="005D26CB">
      <w:rPr>
        <w:sz w:val="16"/>
        <w:lang w:val="ru-RU"/>
      </w:rPr>
      <w:t xml:space="preserve"> / СЧАСТЛИВ</w:t>
    </w:r>
    <w:r w:rsidR="007429C8">
      <w:rPr>
        <w:sz w:val="16"/>
        <w:lang w:val="ru-RU"/>
      </w:rPr>
      <w:t xml:space="preserve">ЫЙ ПРЕДПРИНИМАТЕЛЬ </w:t>
    </w:r>
    <w:r w:rsidR="00EE1F22" w:rsidRPr="005D26CB">
      <w:rPr>
        <w:sz w:val="16"/>
        <w:lang w:val="ru-RU"/>
      </w:rPr>
      <w:t xml:space="preserve">— </w:t>
    </w:r>
    <w:r w:rsidR="007D4F63">
      <w:rPr>
        <w:sz w:val="16"/>
        <w:lang w:val="ru-RU"/>
      </w:rPr>
      <w:t>публичная оферта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987943" w14:textId="77777777" w:rsidR="00BD3541" w:rsidRDefault="00BD3541">
      <w:pPr>
        <w:spacing w:after="0" w:line="240" w:lineRule="auto"/>
      </w:pPr>
      <w:r>
        <w:separator/>
      </w:r>
    </w:p>
  </w:footnote>
  <w:footnote w:type="continuationSeparator" w:id="0">
    <w:p w14:paraId="56033777" w14:textId="77777777" w:rsidR="00BD3541" w:rsidRDefault="00BD35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6B151B"/>
    <w:multiLevelType w:val="multilevel"/>
    <w:tmpl w:val="C074C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12792E"/>
    <w:multiLevelType w:val="hybridMultilevel"/>
    <w:tmpl w:val="3EAA67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4967ADF"/>
    <w:multiLevelType w:val="hybridMultilevel"/>
    <w:tmpl w:val="A3324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8F2"/>
    <w:rsid w:val="00034616"/>
    <w:rsid w:val="00057F9E"/>
    <w:rsid w:val="0006063C"/>
    <w:rsid w:val="000618E7"/>
    <w:rsid w:val="000646BF"/>
    <w:rsid w:val="00064EF6"/>
    <w:rsid w:val="000A5CA5"/>
    <w:rsid w:val="000B7BB3"/>
    <w:rsid w:val="000F6E1C"/>
    <w:rsid w:val="00101E3F"/>
    <w:rsid w:val="001167D0"/>
    <w:rsid w:val="0015074B"/>
    <w:rsid w:val="00154649"/>
    <w:rsid w:val="001579F1"/>
    <w:rsid w:val="001603A9"/>
    <w:rsid w:val="00177BB7"/>
    <w:rsid w:val="0018143D"/>
    <w:rsid w:val="001C3BD3"/>
    <w:rsid w:val="001D35F0"/>
    <w:rsid w:val="001D504A"/>
    <w:rsid w:val="001F0AA3"/>
    <w:rsid w:val="00224093"/>
    <w:rsid w:val="00235E15"/>
    <w:rsid w:val="00246338"/>
    <w:rsid w:val="0027247C"/>
    <w:rsid w:val="00274023"/>
    <w:rsid w:val="00285411"/>
    <w:rsid w:val="0029575A"/>
    <w:rsid w:val="0029639D"/>
    <w:rsid w:val="002B1DE7"/>
    <w:rsid w:val="002C132D"/>
    <w:rsid w:val="002D23D3"/>
    <w:rsid w:val="002E2F81"/>
    <w:rsid w:val="002F440C"/>
    <w:rsid w:val="0031726F"/>
    <w:rsid w:val="00326F90"/>
    <w:rsid w:val="003476BA"/>
    <w:rsid w:val="00364A17"/>
    <w:rsid w:val="00375259"/>
    <w:rsid w:val="003A516F"/>
    <w:rsid w:val="004019A9"/>
    <w:rsid w:val="004145AC"/>
    <w:rsid w:val="0045092D"/>
    <w:rsid w:val="00487DE0"/>
    <w:rsid w:val="004911CE"/>
    <w:rsid w:val="0049666A"/>
    <w:rsid w:val="004A354A"/>
    <w:rsid w:val="004B7B13"/>
    <w:rsid w:val="0051528E"/>
    <w:rsid w:val="00531C16"/>
    <w:rsid w:val="005363F7"/>
    <w:rsid w:val="00570D72"/>
    <w:rsid w:val="005768AA"/>
    <w:rsid w:val="005A380E"/>
    <w:rsid w:val="005B6E4A"/>
    <w:rsid w:val="005D26CB"/>
    <w:rsid w:val="005E06C8"/>
    <w:rsid w:val="005E7858"/>
    <w:rsid w:val="005F61F1"/>
    <w:rsid w:val="00626DF0"/>
    <w:rsid w:val="00662BDF"/>
    <w:rsid w:val="00682FCB"/>
    <w:rsid w:val="006B206F"/>
    <w:rsid w:val="006C1C88"/>
    <w:rsid w:val="006C2F0B"/>
    <w:rsid w:val="006D4310"/>
    <w:rsid w:val="006E1D8A"/>
    <w:rsid w:val="00702B58"/>
    <w:rsid w:val="007050BE"/>
    <w:rsid w:val="0070723E"/>
    <w:rsid w:val="007271B1"/>
    <w:rsid w:val="00731522"/>
    <w:rsid w:val="00742252"/>
    <w:rsid w:val="007429C8"/>
    <w:rsid w:val="007724D7"/>
    <w:rsid w:val="007A13E7"/>
    <w:rsid w:val="007C0B62"/>
    <w:rsid w:val="007D4D18"/>
    <w:rsid w:val="007D4F63"/>
    <w:rsid w:val="007E6948"/>
    <w:rsid w:val="007F3540"/>
    <w:rsid w:val="008008E5"/>
    <w:rsid w:val="00802885"/>
    <w:rsid w:val="00816023"/>
    <w:rsid w:val="00821C09"/>
    <w:rsid w:val="00827D09"/>
    <w:rsid w:val="008356E7"/>
    <w:rsid w:val="00846F91"/>
    <w:rsid w:val="00855710"/>
    <w:rsid w:val="00857EA9"/>
    <w:rsid w:val="008A76CB"/>
    <w:rsid w:val="008B25A0"/>
    <w:rsid w:val="009236ED"/>
    <w:rsid w:val="009414F1"/>
    <w:rsid w:val="00961C1B"/>
    <w:rsid w:val="00974087"/>
    <w:rsid w:val="00975A6F"/>
    <w:rsid w:val="009A7C53"/>
    <w:rsid w:val="009B10C7"/>
    <w:rsid w:val="009B13FA"/>
    <w:rsid w:val="009D5BD6"/>
    <w:rsid w:val="009D6962"/>
    <w:rsid w:val="00A00983"/>
    <w:rsid w:val="00A37114"/>
    <w:rsid w:val="00A70237"/>
    <w:rsid w:val="00A84C40"/>
    <w:rsid w:val="00A93F65"/>
    <w:rsid w:val="00AA170A"/>
    <w:rsid w:val="00AA1D8D"/>
    <w:rsid w:val="00AB0B7F"/>
    <w:rsid w:val="00AB4C6B"/>
    <w:rsid w:val="00AB74FE"/>
    <w:rsid w:val="00AE04FD"/>
    <w:rsid w:val="00AE6847"/>
    <w:rsid w:val="00AE6C91"/>
    <w:rsid w:val="00AF4B50"/>
    <w:rsid w:val="00B37D18"/>
    <w:rsid w:val="00B47730"/>
    <w:rsid w:val="00B51D6D"/>
    <w:rsid w:val="00BB284A"/>
    <w:rsid w:val="00BD3541"/>
    <w:rsid w:val="00BF3CFA"/>
    <w:rsid w:val="00BF69E4"/>
    <w:rsid w:val="00BF743A"/>
    <w:rsid w:val="00C1762C"/>
    <w:rsid w:val="00C2362C"/>
    <w:rsid w:val="00C36853"/>
    <w:rsid w:val="00C442D4"/>
    <w:rsid w:val="00C55BB5"/>
    <w:rsid w:val="00C87417"/>
    <w:rsid w:val="00CB0664"/>
    <w:rsid w:val="00CB38F1"/>
    <w:rsid w:val="00CB7656"/>
    <w:rsid w:val="00D30105"/>
    <w:rsid w:val="00D3200E"/>
    <w:rsid w:val="00D63277"/>
    <w:rsid w:val="00D811D2"/>
    <w:rsid w:val="00DA3873"/>
    <w:rsid w:val="00DA3B7D"/>
    <w:rsid w:val="00DB0F05"/>
    <w:rsid w:val="00DD39E2"/>
    <w:rsid w:val="00DE002C"/>
    <w:rsid w:val="00DE63F9"/>
    <w:rsid w:val="00DF33E4"/>
    <w:rsid w:val="00E253FD"/>
    <w:rsid w:val="00E30F4C"/>
    <w:rsid w:val="00E60F74"/>
    <w:rsid w:val="00E8305F"/>
    <w:rsid w:val="00EB46B7"/>
    <w:rsid w:val="00EB6D2D"/>
    <w:rsid w:val="00EB710E"/>
    <w:rsid w:val="00EC0C45"/>
    <w:rsid w:val="00EE1F22"/>
    <w:rsid w:val="00EE3D65"/>
    <w:rsid w:val="00EE3FB9"/>
    <w:rsid w:val="00F222D7"/>
    <w:rsid w:val="00F33F85"/>
    <w:rsid w:val="00F72950"/>
    <w:rsid w:val="00FC33D0"/>
    <w:rsid w:val="00FC693F"/>
    <w:rsid w:val="00FC6F13"/>
    <w:rsid w:val="00FF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AB0F1A"/>
  <w14:defaultImageDpi w14:val="300"/>
  <w15:docId w15:val="{2E8D4DA5-DF2F-4D7A-BB71-C8B2EC572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5D26CB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5D26CB"/>
    <w:rPr>
      <w:color w:val="605E5C"/>
      <w:shd w:val="clear" w:color="auto" w:fill="E1DFDD"/>
    </w:rPr>
  </w:style>
  <w:style w:type="paragraph" w:styleId="affa">
    <w:name w:val="Balloon Text"/>
    <w:basedOn w:val="a1"/>
    <w:link w:val="affb"/>
    <w:uiPriority w:val="99"/>
    <w:semiHidden/>
    <w:unhideWhenUsed/>
    <w:rsid w:val="00CB3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CB38F1"/>
    <w:rPr>
      <w:rFonts w:ascii="Segoe UI" w:eastAsia="Arial" w:hAnsi="Segoe UI" w:cs="Segoe UI"/>
      <w:sz w:val="18"/>
      <w:szCs w:val="18"/>
    </w:rPr>
  </w:style>
  <w:style w:type="character" w:styleId="affc">
    <w:name w:val="annotation reference"/>
    <w:basedOn w:val="a2"/>
    <w:uiPriority w:val="99"/>
    <w:semiHidden/>
    <w:unhideWhenUsed/>
    <w:rsid w:val="00C36853"/>
    <w:rPr>
      <w:sz w:val="16"/>
      <w:szCs w:val="16"/>
    </w:rPr>
  </w:style>
  <w:style w:type="paragraph" w:styleId="affd">
    <w:name w:val="annotation text"/>
    <w:basedOn w:val="a1"/>
    <w:link w:val="affe"/>
    <w:uiPriority w:val="99"/>
    <w:unhideWhenUsed/>
    <w:rsid w:val="00C36853"/>
    <w:pPr>
      <w:spacing w:line="240" w:lineRule="auto"/>
    </w:pPr>
    <w:rPr>
      <w:sz w:val="20"/>
      <w:szCs w:val="20"/>
    </w:rPr>
  </w:style>
  <w:style w:type="character" w:customStyle="1" w:styleId="affe">
    <w:name w:val="Текст примечания Знак"/>
    <w:basedOn w:val="a2"/>
    <w:link w:val="affd"/>
    <w:uiPriority w:val="99"/>
    <w:rsid w:val="00C36853"/>
    <w:rPr>
      <w:rFonts w:ascii="Arial" w:eastAsia="Arial" w:hAnsi="Arial"/>
      <w:sz w:val="20"/>
      <w:szCs w:val="20"/>
    </w:rPr>
  </w:style>
  <w:style w:type="paragraph" w:styleId="afff">
    <w:name w:val="annotation subject"/>
    <w:basedOn w:val="affd"/>
    <w:next w:val="affd"/>
    <w:link w:val="afff0"/>
    <w:uiPriority w:val="99"/>
    <w:semiHidden/>
    <w:unhideWhenUsed/>
    <w:rsid w:val="00C36853"/>
    <w:rPr>
      <w:b/>
      <w:bCs/>
    </w:rPr>
  </w:style>
  <w:style w:type="character" w:customStyle="1" w:styleId="afff0">
    <w:name w:val="Тема примечания Знак"/>
    <w:basedOn w:val="affe"/>
    <w:link w:val="afff"/>
    <w:uiPriority w:val="99"/>
    <w:semiHidden/>
    <w:rsid w:val="00C36853"/>
    <w:rPr>
      <w:rFonts w:ascii="Arial" w:eastAsia="Arial" w:hAnsi="Arial"/>
      <w:b/>
      <w:bCs/>
      <w:sz w:val="20"/>
      <w:szCs w:val="20"/>
    </w:rPr>
  </w:style>
  <w:style w:type="paragraph" w:styleId="afff1">
    <w:name w:val="Revision"/>
    <w:hidden/>
    <w:uiPriority w:val="99"/>
    <w:semiHidden/>
    <w:rsid w:val="001167D0"/>
    <w:pPr>
      <w:spacing w:after="0" w:line="240" w:lineRule="auto"/>
    </w:pPr>
    <w:rPr>
      <w:rFonts w:ascii="Arial" w:eastAsia="Arial" w:hAnsi="Arial"/>
      <w:sz w:val="21"/>
    </w:rPr>
  </w:style>
  <w:style w:type="paragraph" w:customStyle="1" w:styleId="isselectedend">
    <w:name w:val="isselectedend"/>
    <w:basedOn w:val="a1"/>
    <w:rsid w:val="00AA170A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Normal (Web)"/>
    <w:basedOn w:val="a1"/>
    <w:uiPriority w:val="99"/>
    <w:semiHidden/>
    <w:unhideWhenUsed/>
    <w:rsid w:val="00AA170A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58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5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mo_promo@nmpc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6760</Words>
  <Characters>38536</Characters>
  <Application>Microsoft Office Word</Application>
  <DocSecurity>0</DocSecurity>
  <Lines>321</Lines>
  <Paragraphs>90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45206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</cp:lastModifiedBy>
  <cp:revision>2</cp:revision>
  <cp:lastPrinted>2026-09-15T06:02:00Z</cp:lastPrinted>
  <dcterms:created xsi:type="dcterms:W3CDTF">2026-09-16T13:14:00Z</dcterms:created>
  <dcterms:modified xsi:type="dcterms:W3CDTF">2026-09-16T13:14:00Z</dcterms:modified>
  <cp:category/>
</cp:coreProperties>
</file>